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18709" w14:textId="77777777" w:rsidR="004C6F9D" w:rsidRDefault="00000000">
      <w:pPr>
        <w:pStyle w:val="aa"/>
        <w:jc w:val="center"/>
        <w:rPr>
          <w:lang w:eastAsia="zh-CN"/>
        </w:rPr>
      </w:pPr>
      <w:r>
        <w:rPr>
          <w:rFonts w:ascii="黑体" w:eastAsia="黑体" w:hAnsi="黑体"/>
          <w:color w:val="1F497D"/>
          <w:sz w:val="44"/>
          <w:lang w:eastAsia="zh-CN"/>
        </w:rPr>
        <w:t>《软件开发综合实践》实践指南</w:t>
      </w:r>
    </w:p>
    <w:p w14:paraId="17864E39" w14:textId="77777777" w:rsidR="004C6F9D" w:rsidRDefault="00000000">
      <w:pPr>
        <w:pStyle w:val="1"/>
        <w:jc w:val="center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第一次课：Git、代码托管与HTML基础</w:t>
      </w:r>
    </w:p>
    <w:p w14:paraId="16738E31" w14:textId="77777777" w:rsidR="004C6F9D" w:rsidRDefault="00000000">
      <w:pPr>
        <w:jc w:val="center"/>
        <w:rPr>
          <w:lang w:eastAsia="zh-CN"/>
        </w:rPr>
      </w:pPr>
      <w:r>
        <w:rPr>
          <w:lang w:eastAsia="zh-CN"/>
        </w:rPr>
        <w:t>2026年秋季学期</w:t>
      </w:r>
    </w:p>
    <w:p w14:paraId="6A22AB17" w14:textId="77777777" w:rsidR="004C6F9D" w:rsidRDefault="00000000">
      <w:pPr>
        <w:jc w:val="center"/>
        <w:rPr>
          <w:lang w:eastAsia="zh-CN"/>
        </w:rPr>
      </w:pPr>
      <w:r>
        <w:rPr>
          <w:lang w:eastAsia="zh-CN"/>
        </w:rPr>
        <w:t>云南大学 · 计算机科学与技术专业</w:t>
      </w:r>
    </w:p>
    <w:p w14:paraId="4F0A8186" w14:textId="77777777" w:rsidR="004C6F9D" w:rsidRDefault="00000000">
      <w:pPr>
        <w:jc w:val="center"/>
        <w:rPr>
          <w:lang w:eastAsia="zh-CN"/>
        </w:rPr>
      </w:pPr>
      <w:r>
        <w:rPr>
          <w:sz w:val="22"/>
          <w:lang w:eastAsia="zh-CN"/>
        </w:rPr>
        <w:t>实施学期：2026年秋季学期</w:t>
      </w:r>
    </w:p>
    <w:p w14:paraId="6117C84C" w14:textId="77777777" w:rsidR="004C6F9D" w:rsidRDefault="00000000">
      <w:pPr>
        <w:jc w:val="center"/>
        <w:rPr>
          <w:lang w:eastAsia="zh-CN"/>
        </w:rPr>
      </w:pPr>
      <w:r>
        <w:rPr>
          <w:sz w:val="22"/>
          <w:lang w:eastAsia="zh-CN"/>
        </w:rPr>
        <w:t>对应课堂作业：课堂作业</w:t>
      </w:r>
      <w:proofErr w:type="gramStart"/>
      <w:r>
        <w:rPr>
          <w:sz w:val="22"/>
          <w:lang w:eastAsia="zh-CN"/>
        </w:rPr>
        <w:t>一</w:t>
      </w:r>
      <w:proofErr w:type="gramEnd"/>
      <w:r>
        <w:rPr>
          <w:sz w:val="22"/>
          <w:lang w:eastAsia="zh-CN"/>
        </w:rPr>
        <w:t>（第1周 周一 第1至4节，4学时）</w:t>
      </w:r>
    </w:p>
    <w:p w14:paraId="686BE48C" w14:textId="77777777" w:rsidR="004C6F9D" w:rsidRDefault="00000000">
      <w:pPr>
        <w:jc w:val="center"/>
        <w:rPr>
          <w:lang w:eastAsia="zh-CN"/>
        </w:rPr>
      </w:pPr>
      <w:r>
        <w:rPr>
          <w:sz w:val="22"/>
          <w:lang w:eastAsia="zh-CN"/>
        </w:rPr>
        <w:t>对应大作业：平时大作业一</w:t>
      </w:r>
    </w:p>
    <w:p w14:paraId="0E2BC001" w14:textId="77777777" w:rsidR="004C6F9D" w:rsidRDefault="004C6F9D">
      <w:pPr>
        <w:rPr>
          <w:lang w:eastAsia="zh-CN"/>
        </w:rPr>
      </w:pPr>
    </w:p>
    <w:p w14:paraId="3F71A47B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第一部分 指南说明</w:t>
      </w:r>
    </w:p>
    <w:p w14:paraId="05BFCC6B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一、本指南是什么</w:t>
      </w:r>
    </w:p>
    <w:p w14:paraId="2A11CE29" w14:textId="77777777" w:rsidR="004C6F9D" w:rsidRDefault="00000000">
      <w:pPr>
        <w:rPr>
          <w:lang w:eastAsia="zh-CN"/>
        </w:rPr>
      </w:pPr>
      <w:r>
        <w:rPr>
          <w:lang w:eastAsia="zh-CN"/>
        </w:rPr>
        <w:t>本指南是第一次课的实践指南，供你随堂跟随操作和课后复习使用。本课程是</w:t>
      </w:r>
      <w:proofErr w:type="gramStart"/>
      <w:r>
        <w:rPr>
          <w:lang w:eastAsia="zh-CN"/>
        </w:rPr>
        <w:t>强实践</w:t>
      </w:r>
      <w:proofErr w:type="gramEnd"/>
      <w:r>
        <w:rPr>
          <w:lang w:eastAsia="zh-CN"/>
        </w:rPr>
        <w:t>课程：教师讲解和演示只是开头，你的大部分时间用来亲手写代码、运行、出错、排查、再运行。</w:t>
      </w:r>
    </w:p>
    <w:p w14:paraId="081EB199" w14:textId="77777777" w:rsidR="004C6F9D" w:rsidRDefault="00000000">
      <w:pPr>
        <w:rPr>
          <w:lang w:eastAsia="zh-CN"/>
        </w:rPr>
      </w:pPr>
      <w:r>
        <w:rPr>
          <w:lang w:eastAsia="zh-CN"/>
        </w:rPr>
        <w:t>本课程采用传统手工编程方式训练：你需要亲手输入每一行代码，先预测运行结果，再实际运行验证；遇到</w:t>
      </w:r>
      <w:proofErr w:type="gramStart"/>
      <w:r>
        <w:rPr>
          <w:lang w:eastAsia="zh-CN"/>
        </w:rPr>
        <w:t>报错先自己</w:t>
      </w:r>
      <w:proofErr w:type="gramEnd"/>
      <w:r>
        <w:rPr>
          <w:lang w:eastAsia="zh-CN"/>
        </w:rPr>
        <w:t>读错误信息，再动手排查。请不要复制粘贴指南中的代码，请逐行输入，输入过程本身就是训练。</w:t>
      </w:r>
    </w:p>
    <w:p w14:paraId="1C8FDEA0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二、本次课你将完成什么</w:t>
      </w:r>
    </w:p>
    <w:p w14:paraId="565C61C3" w14:textId="77777777" w:rsidR="004C6F9D" w:rsidRDefault="00000000">
      <w:pPr>
        <w:rPr>
          <w:lang w:eastAsia="zh-CN"/>
        </w:rPr>
      </w:pPr>
      <w:r>
        <w:rPr>
          <w:lang w:eastAsia="zh-CN"/>
        </w:rPr>
        <w:t>本次课你将产出以下成果：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2268"/>
        <w:gridCol w:w="4535"/>
      </w:tblGrid>
      <w:tr w:rsidR="004C6F9D" w14:paraId="5C56862A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11F542D" w14:textId="77777777" w:rsidR="004C6F9D" w:rsidRDefault="00000000">
            <w:proofErr w:type="spellStart"/>
            <w:r>
              <w:rPr>
                <w:sz w:val="20"/>
              </w:rPr>
              <w:t>序号</w:t>
            </w:r>
            <w:proofErr w:type="spellEnd"/>
          </w:p>
        </w:tc>
        <w:tc>
          <w:tcPr>
            <w:tcW w:w="2268" w:type="dxa"/>
          </w:tcPr>
          <w:p w14:paraId="19ED1020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产出</w:t>
            </w:r>
          </w:p>
        </w:tc>
        <w:tc>
          <w:tcPr>
            <w:tcW w:w="4535" w:type="dxa"/>
          </w:tcPr>
          <w:p w14:paraId="369063EF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说明</w:t>
            </w:r>
          </w:p>
        </w:tc>
      </w:tr>
      <w:tr w:rsidR="004C6F9D" w14:paraId="57CAAFCE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E65D7E4" w14:textId="77777777" w:rsidR="004C6F9D" w:rsidRDefault="00000000"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24182F7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个人代码仓库</w:t>
            </w:r>
          </w:p>
        </w:tc>
        <w:tc>
          <w:tcPr>
            <w:tcW w:w="4535" w:type="dxa"/>
          </w:tcPr>
          <w:p w14:paraId="4EE239A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GitHub（或</w:t>
            </w:r>
            <w:proofErr w:type="spellStart"/>
            <w:r>
              <w:rPr>
                <w:sz w:val="20"/>
                <w:lang w:eastAsia="zh-CN"/>
              </w:rPr>
              <w:t>Gitee</w:t>
            </w:r>
            <w:proofErr w:type="spellEnd"/>
            <w:r>
              <w:rPr>
                <w:sz w:val="20"/>
                <w:lang w:eastAsia="zh-CN"/>
              </w:rPr>
              <w:t>）远程仓库，后续七次课全部成果都提交到这里</w:t>
            </w:r>
          </w:p>
        </w:tc>
      </w:tr>
      <w:tr w:rsidR="004C6F9D" w14:paraId="06A6F65A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5C76082" w14:textId="77777777" w:rsidR="004C6F9D" w:rsidRDefault="00000000"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14:paraId="1CCE1992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案例复现页面</w:t>
            </w:r>
          </w:p>
        </w:tc>
        <w:tc>
          <w:tcPr>
            <w:tcW w:w="4535" w:type="dxa"/>
          </w:tcPr>
          <w:p w14:paraId="29B7AE50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个人主页v1：基础HTML页面</w:t>
            </w:r>
          </w:p>
        </w:tc>
      </w:tr>
      <w:tr w:rsidR="004C6F9D" w14:paraId="32298E39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E459284" w14:textId="77777777" w:rsidR="004C6F9D" w:rsidRDefault="00000000">
            <w:r>
              <w:rPr>
                <w:sz w:val="20"/>
              </w:rPr>
              <w:t>3</w:t>
            </w:r>
          </w:p>
        </w:tc>
        <w:tc>
          <w:tcPr>
            <w:tcW w:w="2268" w:type="dxa"/>
          </w:tcPr>
          <w:p w14:paraId="5E12B82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自主实践页面</w:t>
            </w:r>
          </w:p>
        </w:tc>
        <w:tc>
          <w:tcPr>
            <w:tcW w:w="4535" w:type="dxa"/>
          </w:tcPr>
          <w:p w14:paraId="0F2FA71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主题介绍页：你独立选题完成的第一件个人作品</w:t>
            </w:r>
          </w:p>
        </w:tc>
      </w:tr>
      <w:tr w:rsidR="004C6F9D" w14:paraId="6011988E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F41E005" w14:textId="77777777" w:rsidR="004C6F9D" w:rsidRDefault="00000000">
            <w:r>
              <w:rPr>
                <w:sz w:val="20"/>
              </w:rPr>
              <w:t>4</w:t>
            </w:r>
          </w:p>
        </w:tc>
        <w:tc>
          <w:tcPr>
            <w:tcW w:w="2268" w:type="dxa"/>
          </w:tcPr>
          <w:p w14:paraId="1D3C0C5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课堂实践进度报告一</w:t>
            </w:r>
          </w:p>
        </w:tc>
        <w:tc>
          <w:tcPr>
            <w:tcW w:w="4535" w:type="dxa"/>
          </w:tcPr>
          <w:p w14:paraId="23B1338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当堂完成并提交雨课堂</w:t>
            </w:r>
          </w:p>
        </w:tc>
      </w:tr>
      <w:tr w:rsidR="004C6F9D" w14:paraId="0CFDD01D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E165E5F" w14:textId="77777777" w:rsidR="004C6F9D" w:rsidRDefault="00000000">
            <w:r>
              <w:rPr>
                <w:sz w:val="20"/>
              </w:rPr>
              <w:t>5</w:t>
            </w:r>
          </w:p>
        </w:tc>
        <w:tc>
          <w:tcPr>
            <w:tcW w:w="2268" w:type="dxa"/>
          </w:tcPr>
          <w:p w14:paraId="5B2F33B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选择题</w:t>
            </w:r>
          </w:p>
        </w:tc>
        <w:tc>
          <w:tcPr>
            <w:tcW w:w="4535" w:type="dxa"/>
          </w:tcPr>
          <w:p w14:paraId="3CE0893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当堂通过雨课堂完成，可查阅本指南和在线教程</w:t>
            </w:r>
          </w:p>
        </w:tc>
      </w:tr>
    </w:tbl>
    <w:p w14:paraId="0025B20B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三、学习资源</w:t>
      </w:r>
    </w:p>
    <w:p w14:paraId="412C0ABD" w14:textId="77777777" w:rsidR="004C6F9D" w:rsidRDefault="00000000">
      <w:pPr>
        <w:rPr>
          <w:lang w:eastAsia="zh-CN"/>
        </w:rPr>
      </w:pPr>
      <w:r>
        <w:rPr>
          <w:lang w:eastAsia="zh-CN"/>
        </w:rPr>
        <w:t>建议：遇到不认识的标签或命令，先查菜鸟教程对应章节，再看官方文档。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3402"/>
      </w:tblGrid>
      <w:tr w:rsidR="004C6F9D" w14:paraId="498D1FCD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1A4DE16" w14:textId="77777777" w:rsidR="004C6F9D" w:rsidRDefault="00000000">
            <w:proofErr w:type="spellStart"/>
            <w:r>
              <w:rPr>
                <w:sz w:val="20"/>
              </w:rPr>
              <w:lastRenderedPageBreak/>
              <w:t>资源</w:t>
            </w:r>
            <w:proofErr w:type="spellEnd"/>
          </w:p>
        </w:tc>
        <w:tc>
          <w:tcPr>
            <w:tcW w:w="3402" w:type="dxa"/>
          </w:tcPr>
          <w:p w14:paraId="3CE8C9A9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用途</w:t>
            </w:r>
          </w:p>
        </w:tc>
      </w:tr>
      <w:tr w:rsidR="004C6F9D" w14:paraId="214D04E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609D948" w14:textId="77777777" w:rsidR="004C6F9D" w:rsidRDefault="00000000">
            <w:r>
              <w:rPr>
                <w:sz w:val="20"/>
              </w:rPr>
              <w:t>本指南</w:t>
            </w:r>
          </w:p>
        </w:tc>
        <w:tc>
          <w:tcPr>
            <w:tcW w:w="3402" w:type="dxa"/>
          </w:tcPr>
          <w:p w14:paraId="02E188E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随堂操作主线</w:t>
            </w:r>
          </w:p>
        </w:tc>
      </w:tr>
      <w:tr w:rsidR="004C6F9D" w14:paraId="3A1B8268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2C180EA" w14:textId="77777777" w:rsidR="004C6F9D" w:rsidRDefault="00000000">
            <w:r>
              <w:rPr>
                <w:sz w:val="20"/>
              </w:rPr>
              <w:t>菜鸟教程HTML教程（https://www.runoob.com/html/html-tutorial.html）</w:t>
            </w:r>
          </w:p>
        </w:tc>
        <w:tc>
          <w:tcPr>
            <w:tcW w:w="3402" w:type="dxa"/>
          </w:tcPr>
          <w:p w14:paraId="747B529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课后查阅、选择题答题参考</w:t>
            </w:r>
          </w:p>
        </w:tc>
      </w:tr>
      <w:tr w:rsidR="004C6F9D" w14:paraId="79B0191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C66A1D4" w14:textId="77777777" w:rsidR="004C6F9D" w:rsidRDefault="00000000">
            <w:proofErr w:type="spellStart"/>
            <w:r>
              <w:rPr>
                <w:sz w:val="20"/>
              </w:rPr>
              <w:t>菜鸟教程Git教程（https</w:t>
            </w:r>
            <w:proofErr w:type="spellEnd"/>
            <w:r>
              <w:rPr>
                <w:sz w:val="20"/>
              </w:rPr>
              <w:t>://www.runoob.com/git/git-tutorial.html）</w:t>
            </w:r>
          </w:p>
        </w:tc>
        <w:tc>
          <w:tcPr>
            <w:tcW w:w="3402" w:type="dxa"/>
          </w:tcPr>
          <w:p w14:paraId="185B17E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Git命令查阅</w:t>
            </w:r>
          </w:p>
        </w:tc>
      </w:tr>
      <w:tr w:rsidR="004C6F9D" w14:paraId="3C7E9302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3BF2E9D" w14:textId="77777777" w:rsidR="004C6F9D" w:rsidRDefault="00000000">
            <w:r>
              <w:rPr>
                <w:sz w:val="20"/>
              </w:rPr>
              <w:t>Git官方文档（https://git-scm.com/doc）</w:t>
            </w:r>
          </w:p>
        </w:tc>
        <w:tc>
          <w:tcPr>
            <w:tcW w:w="3402" w:type="dxa"/>
          </w:tcPr>
          <w:p w14:paraId="086C4422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英文官方参考</w:t>
            </w:r>
          </w:p>
        </w:tc>
      </w:tr>
      <w:tr w:rsidR="004C6F9D" w14:paraId="708F8EA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EDA9894" w14:textId="77777777" w:rsidR="004C6F9D" w:rsidRDefault="00000000">
            <w:r>
              <w:rPr>
                <w:sz w:val="20"/>
              </w:rPr>
              <w:t>GitHub Docs（https://docs.github.com/）</w:t>
            </w:r>
          </w:p>
        </w:tc>
        <w:tc>
          <w:tcPr>
            <w:tcW w:w="3402" w:type="dxa"/>
          </w:tcPr>
          <w:p w14:paraId="031C525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托管平台官方参考</w:t>
            </w:r>
          </w:p>
        </w:tc>
      </w:tr>
    </w:tbl>
    <w:p w14:paraId="4E60553E" w14:textId="77777777" w:rsidR="004C6F9D" w:rsidRDefault="004C6F9D"/>
    <w:p w14:paraId="60B2FB52" w14:textId="77777777" w:rsidR="004C6F9D" w:rsidRDefault="00000000">
      <w:pPr>
        <w:pStyle w:val="1"/>
      </w:pPr>
      <w:r>
        <w:rPr>
          <w:rFonts w:ascii="黑体" w:eastAsia="黑体" w:hAnsi="黑体"/>
          <w:color w:val="1F497D"/>
          <w:sz w:val="32"/>
        </w:rPr>
        <w:t>第二部分 环境准备</w:t>
      </w:r>
    </w:p>
    <w:p w14:paraId="4D6063C9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一、需要准备的软件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252"/>
      </w:tblGrid>
      <w:tr w:rsidR="004C6F9D" w14:paraId="37B732A4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5E0FE8C" w14:textId="77777777" w:rsidR="004C6F9D" w:rsidRDefault="00000000">
            <w:r>
              <w:rPr>
                <w:sz w:val="20"/>
              </w:rPr>
              <w:t>软件</w:t>
            </w:r>
          </w:p>
        </w:tc>
        <w:tc>
          <w:tcPr>
            <w:tcW w:w="1701" w:type="dxa"/>
          </w:tcPr>
          <w:p w14:paraId="2392033F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用途</w:t>
            </w:r>
          </w:p>
        </w:tc>
        <w:tc>
          <w:tcPr>
            <w:tcW w:w="4252" w:type="dxa"/>
          </w:tcPr>
          <w:p w14:paraId="33935F2E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检查方法</w:t>
            </w:r>
          </w:p>
        </w:tc>
      </w:tr>
      <w:tr w:rsidR="004C6F9D" w14:paraId="61692361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A1E89A2" w14:textId="77777777" w:rsidR="004C6F9D" w:rsidRDefault="00000000">
            <w:r>
              <w:rPr>
                <w:sz w:val="20"/>
              </w:rPr>
              <w:t>Git</w:t>
            </w:r>
          </w:p>
        </w:tc>
        <w:tc>
          <w:tcPr>
            <w:tcW w:w="1701" w:type="dxa"/>
          </w:tcPr>
          <w:p w14:paraId="5092CD5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版本控制</w:t>
            </w:r>
          </w:p>
        </w:tc>
        <w:tc>
          <w:tcPr>
            <w:tcW w:w="4252" w:type="dxa"/>
          </w:tcPr>
          <w:p w14:paraId="2ADC530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终端输入 git --version，能显示版本号即可</w:t>
            </w:r>
          </w:p>
        </w:tc>
      </w:tr>
      <w:tr w:rsidR="004C6F9D" w14:paraId="04685456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97F2E29" w14:textId="77777777" w:rsidR="004C6F9D" w:rsidRDefault="00000000">
            <w:r>
              <w:rPr>
                <w:sz w:val="20"/>
              </w:rPr>
              <w:t>Chrome或Edge浏览器</w:t>
            </w:r>
          </w:p>
        </w:tc>
        <w:tc>
          <w:tcPr>
            <w:tcW w:w="1701" w:type="dxa"/>
          </w:tcPr>
          <w:p w14:paraId="3F1AA047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开发与调试</w:t>
            </w:r>
          </w:p>
        </w:tc>
        <w:tc>
          <w:tcPr>
            <w:tcW w:w="4252" w:type="dxa"/>
          </w:tcPr>
          <w:p w14:paraId="7B83A545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打开任</w:t>
            </w:r>
            <w:proofErr w:type="gramStart"/>
            <w:r>
              <w:rPr>
                <w:sz w:val="20"/>
                <w:lang w:eastAsia="zh-CN"/>
              </w:rPr>
              <w:t>一</w:t>
            </w:r>
            <w:proofErr w:type="gramEnd"/>
            <w:r>
              <w:rPr>
                <w:sz w:val="20"/>
                <w:lang w:eastAsia="zh-CN"/>
              </w:rPr>
              <w:t>网页，按F12能弹出开发</w:t>
            </w:r>
            <w:proofErr w:type="gramStart"/>
            <w:r>
              <w:rPr>
                <w:sz w:val="20"/>
                <w:lang w:eastAsia="zh-CN"/>
              </w:rPr>
              <w:t>者工具</w:t>
            </w:r>
            <w:proofErr w:type="gramEnd"/>
          </w:p>
        </w:tc>
      </w:tr>
      <w:tr w:rsidR="004C6F9D" w14:paraId="7CD2846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1781BEB" w14:textId="77777777" w:rsidR="004C6F9D" w:rsidRDefault="00000000">
            <w:proofErr w:type="spellStart"/>
            <w:r>
              <w:rPr>
                <w:sz w:val="20"/>
              </w:rPr>
              <w:t>任意文本编辑器</w:t>
            </w:r>
            <w:proofErr w:type="spellEnd"/>
          </w:p>
        </w:tc>
        <w:tc>
          <w:tcPr>
            <w:tcW w:w="1701" w:type="dxa"/>
          </w:tcPr>
          <w:p w14:paraId="67D3D47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编写代码</w:t>
            </w:r>
          </w:p>
        </w:tc>
        <w:tc>
          <w:tcPr>
            <w:tcW w:w="4252" w:type="dxa"/>
          </w:tcPr>
          <w:p w14:paraId="4489FD9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推荐VS Code（https://code.visualstudio.com/），记事本也能完成本次课</w:t>
            </w:r>
          </w:p>
        </w:tc>
      </w:tr>
    </w:tbl>
    <w:p w14:paraId="332F9CD2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二、安装Git</w:t>
      </w:r>
    </w:p>
    <w:p w14:paraId="449FFFED" w14:textId="77777777" w:rsidR="004C6F9D" w:rsidRDefault="00000000">
      <w:pPr>
        <w:pStyle w:val="a0"/>
      </w:pPr>
      <w:r>
        <w:rPr>
          <w:sz w:val="22"/>
          <w:lang w:eastAsia="zh-CN"/>
        </w:rPr>
        <w:t>Windows系统：访问 https://git-scm.com/download/win 下载安装包，全部选项保持默认，一路下一步。</w:t>
      </w:r>
      <w:proofErr w:type="spellStart"/>
      <w:r>
        <w:rPr>
          <w:sz w:val="22"/>
        </w:rPr>
        <w:t>安装完成后在开始菜单打开"Git</w:t>
      </w:r>
      <w:proofErr w:type="spellEnd"/>
      <w:r>
        <w:rPr>
          <w:sz w:val="22"/>
        </w:rPr>
        <w:t xml:space="preserve"> Bash"。</w:t>
      </w:r>
    </w:p>
    <w:p w14:paraId="492A068E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macOS系统：打开终端（</w:t>
      </w:r>
      <w:proofErr w:type="gramStart"/>
      <w:r>
        <w:rPr>
          <w:sz w:val="22"/>
          <w:lang w:eastAsia="zh-CN"/>
        </w:rPr>
        <w:t>启动台</w:t>
      </w:r>
      <w:proofErr w:type="gramEnd"/>
      <w:r>
        <w:rPr>
          <w:sz w:val="22"/>
          <w:lang w:eastAsia="zh-CN"/>
        </w:rPr>
        <w:t>→其他→终端），输入 git --version，系统会提示安装Xcode命令行工具，按提示确认即可。</w:t>
      </w:r>
    </w:p>
    <w:p w14:paraId="6C4A5F28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网络受限时：向教师索取离线安装包。</w:t>
      </w:r>
    </w:p>
    <w:p w14:paraId="7C317F1C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三、注册GitHub账号</w:t>
      </w:r>
    </w:p>
    <w:p w14:paraId="11E63F80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访问 https://github.com，点击Sign up注册。</w:t>
      </w:r>
    </w:p>
    <w:p w14:paraId="491EBB62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用户名建议使用有辨识度的英文名，它将出现在你的仓库地址里。</w:t>
      </w:r>
    </w:p>
    <w:p w14:paraId="3B078D0C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注册成功后登录，完成邮箱验证。</w:t>
      </w:r>
    </w:p>
    <w:p w14:paraId="2BBAD529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</w:rPr>
        <w:t xml:space="preserve">4. </w:t>
      </w:r>
      <w:proofErr w:type="spellStart"/>
      <w:r>
        <w:rPr>
          <w:sz w:val="22"/>
        </w:rPr>
        <w:t>无法注册或访问GitHub的同学：改用Gitee（https</w:t>
      </w:r>
      <w:proofErr w:type="spellEnd"/>
      <w:r>
        <w:rPr>
          <w:sz w:val="22"/>
        </w:rPr>
        <w:t>://gitee.com），</w:t>
      </w:r>
      <w:proofErr w:type="spellStart"/>
      <w:r>
        <w:rPr>
          <w:sz w:val="22"/>
        </w:rPr>
        <w:t>注册流程相同</w:t>
      </w:r>
      <w:proofErr w:type="spellEnd"/>
      <w:r>
        <w:rPr>
          <w:sz w:val="22"/>
        </w:rPr>
        <w:t>。</w:t>
      </w:r>
      <w:r>
        <w:rPr>
          <w:sz w:val="22"/>
          <w:lang w:eastAsia="zh-CN"/>
        </w:rPr>
        <w:t>本指南所有GitHub操作在</w:t>
      </w:r>
      <w:proofErr w:type="spellStart"/>
      <w:r>
        <w:rPr>
          <w:sz w:val="22"/>
          <w:lang w:eastAsia="zh-CN"/>
        </w:rPr>
        <w:t>Gitee</w:t>
      </w:r>
      <w:proofErr w:type="spellEnd"/>
      <w:r>
        <w:rPr>
          <w:sz w:val="22"/>
          <w:lang w:eastAsia="zh-CN"/>
        </w:rPr>
        <w:t>上都有等价操作，见第四部分第三节的增补说明。</w:t>
      </w:r>
    </w:p>
    <w:p w14:paraId="39904A88" w14:textId="77777777" w:rsidR="004C6F9D" w:rsidRDefault="004C6F9D">
      <w:pPr>
        <w:rPr>
          <w:lang w:eastAsia="zh-CN"/>
        </w:rPr>
      </w:pPr>
    </w:p>
    <w:p w14:paraId="6F880591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lastRenderedPageBreak/>
        <w:t>第三部分 Git与代码托管</w:t>
      </w:r>
    </w:p>
    <w:p w14:paraId="504A746D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一、为什么需要版本控制</w:t>
      </w:r>
    </w:p>
    <w:p w14:paraId="5361510A" w14:textId="77777777" w:rsidR="004C6F9D" w:rsidRDefault="00000000">
      <w:pPr>
        <w:rPr>
          <w:lang w:eastAsia="zh-CN"/>
        </w:rPr>
      </w:pPr>
      <w:r>
        <w:rPr>
          <w:lang w:eastAsia="zh-CN"/>
        </w:rPr>
        <w:t>先想一个场景：你写课程报告，产生了报告.doc、报告-最终.doc、报告-最终2.doc、报告-</w:t>
      </w:r>
      <w:proofErr w:type="gramStart"/>
      <w:r>
        <w:rPr>
          <w:lang w:eastAsia="zh-CN"/>
        </w:rPr>
        <w:t>最终版</w:t>
      </w:r>
      <w:proofErr w:type="gramEnd"/>
      <w:r>
        <w:rPr>
          <w:lang w:eastAsia="zh-CN"/>
        </w:rPr>
        <w:t>-真的最终.doc。一周后你想找回周三删掉的那段内容，发现已经无法确定哪个文件是最新的，也找不到被删的内容。</w:t>
      </w:r>
    </w:p>
    <w:p w14:paraId="576EC57F" w14:textId="77777777" w:rsidR="004C6F9D" w:rsidRDefault="00000000">
      <w:pPr>
        <w:rPr>
          <w:lang w:eastAsia="zh-CN"/>
        </w:rPr>
      </w:pPr>
      <w:r>
        <w:rPr>
          <w:lang w:eastAsia="zh-CN"/>
        </w:rPr>
        <w:t>版本控制系统解决的就是这个问题，而且做得更好：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5102"/>
      </w:tblGrid>
      <w:tr w:rsidR="004C6F9D" w14:paraId="2D409154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F9B834F" w14:textId="77777777" w:rsidR="004C6F9D" w:rsidRDefault="00000000">
            <w:proofErr w:type="spellStart"/>
            <w:r>
              <w:rPr>
                <w:sz w:val="20"/>
              </w:rPr>
              <w:t>你手工做的事</w:t>
            </w:r>
            <w:proofErr w:type="spellEnd"/>
          </w:p>
        </w:tc>
        <w:tc>
          <w:tcPr>
            <w:tcW w:w="5102" w:type="dxa"/>
          </w:tcPr>
          <w:p w14:paraId="1C09564D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Git帮你做的事</w:t>
            </w:r>
          </w:p>
        </w:tc>
      </w:tr>
      <w:tr w:rsidR="004C6F9D" w14:paraId="7FB5F80D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11416B0" w14:textId="77777777" w:rsidR="004C6F9D" w:rsidRDefault="00000000">
            <w:r>
              <w:rPr>
                <w:sz w:val="20"/>
              </w:rPr>
              <w:t>复制文件改名备份</w:t>
            </w:r>
          </w:p>
        </w:tc>
        <w:tc>
          <w:tcPr>
            <w:tcW w:w="5102" w:type="dxa"/>
          </w:tcPr>
          <w:p w14:paraId="1AB7293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每次提交自动保存一个版本快照</w:t>
            </w:r>
          </w:p>
        </w:tc>
      </w:tr>
      <w:tr w:rsidR="004C6F9D" w14:paraId="25D99374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2FA0456" w14:textId="77777777" w:rsidR="004C6F9D" w:rsidRDefault="00000000">
            <w:proofErr w:type="spellStart"/>
            <w:r>
              <w:rPr>
                <w:sz w:val="20"/>
              </w:rPr>
              <w:t>记不住改了什么</w:t>
            </w:r>
            <w:proofErr w:type="spellEnd"/>
          </w:p>
        </w:tc>
        <w:tc>
          <w:tcPr>
            <w:tcW w:w="5102" w:type="dxa"/>
          </w:tcPr>
          <w:p w14:paraId="4C85033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自动记录每次修改的内容、时间、作者</w:t>
            </w:r>
          </w:p>
        </w:tc>
      </w:tr>
      <w:tr w:rsidR="004C6F9D" w14:paraId="3ADEF27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FA8948" w14:textId="77777777" w:rsidR="004C6F9D" w:rsidRDefault="00000000">
            <w:proofErr w:type="spellStart"/>
            <w:r>
              <w:rPr>
                <w:sz w:val="20"/>
              </w:rPr>
              <w:t>不敢删内容</w:t>
            </w:r>
            <w:proofErr w:type="spellEnd"/>
          </w:p>
        </w:tc>
        <w:tc>
          <w:tcPr>
            <w:tcW w:w="5102" w:type="dxa"/>
          </w:tcPr>
          <w:p w14:paraId="7471553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任何历史版本都能随时恢复</w:t>
            </w:r>
          </w:p>
        </w:tc>
      </w:tr>
      <w:tr w:rsidR="004C6F9D" w14:paraId="60385A3F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6080D1B" w14:textId="77777777" w:rsidR="004C6F9D" w:rsidRDefault="00000000">
            <w:proofErr w:type="spellStart"/>
            <w:r>
              <w:rPr>
                <w:sz w:val="20"/>
              </w:rPr>
              <w:t>传U盘、发邮件</w:t>
            </w:r>
            <w:proofErr w:type="spellEnd"/>
          </w:p>
        </w:tc>
        <w:tc>
          <w:tcPr>
            <w:tcW w:w="5102" w:type="dxa"/>
          </w:tcPr>
          <w:p w14:paraId="4DEB8ACB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推送到远程仓库，任何电脑都能获取</w:t>
            </w:r>
          </w:p>
        </w:tc>
      </w:tr>
      <w:tr w:rsidR="004C6F9D" w14:paraId="65C6AD83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CEB0E2E" w14:textId="77777777" w:rsidR="004C6F9D" w:rsidRDefault="00000000">
            <w:proofErr w:type="spellStart"/>
            <w:r>
              <w:rPr>
                <w:sz w:val="20"/>
              </w:rPr>
              <w:t>多人合并段落冲突</w:t>
            </w:r>
            <w:proofErr w:type="spellEnd"/>
          </w:p>
        </w:tc>
        <w:tc>
          <w:tcPr>
            <w:tcW w:w="5102" w:type="dxa"/>
          </w:tcPr>
          <w:p w14:paraId="108BFF1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自动合并大部分修改，冲突处明确标出</w:t>
            </w:r>
          </w:p>
        </w:tc>
      </w:tr>
    </w:tbl>
    <w:p w14:paraId="11FB5A5A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重要区分：Git是版本控制工具（装在</w:t>
      </w:r>
      <w:proofErr w:type="gramStart"/>
      <w:r>
        <w:rPr>
          <w:b/>
          <w:lang w:eastAsia="zh-CN"/>
        </w:rPr>
        <w:t>你电脑</w:t>
      </w:r>
      <w:proofErr w:type="gramEnd"/>
      <w:r>
        <w:rPr>
          <w:b/>
          <w:lang w:eastAsia="zh-CN"/>
        </w:rPr>
        <w:t>上的软件）；GitHub和</w:t>
      </w:r>
      <w:proofErr w:type="spellStart"/>
      <w:r>
        <w:rPr>
          <w:b/>
          <w:lang w:eastAsia="zh-CN"/>
        </w:rPr>
        <w:t>Gitee</w:t>
      </w:r>
      <w:proofErr w:type="spellEnd"/>
      <w:r>
        <w:rPr>
          <w:b/>
          <w:lang w:eastAsia="zh-CN"/>
        </w:rPr>
        <w:t>是代码托管平台（网站），负责在云端保存你的仓库。Git可以脱离GitHub使用，但配合使用才能实现备份与协作。</w:t>
      </w:r>
    </w:p>
    <w:p w14:paraId="72C5E76A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二、四个区域：理解Git的核心</w:t>
      </w:r>
    </w:p>
    <w:p w14:paraId="2D4BBA9B" w14:textId="77777777" w:rsidR="004C6F9D" w:rsidRDefault="00000000">
      <w:pPr>
        <w:rPr>
          <w:lang w:eastAsia="zh-CN"/>
        </w:rPr>
      </w:pPr>
      <w:r>
        <w:rPr>
          <w:lang w:eastAsia="zh-CN"/>
        </w:rPr>
        <w:t>Git把你的代码放在四个地方，理解这张图，Git就懂了一半：</w:t>
      </w:r>
    </w:p>
    <w:p w14:paraId="4D4291C4" w14:textId="77777777" w:rsidR="004C6F9D" w:rsidRDefault="00000000">
      <w:pPr>
        <w:spacing w:after="0" w:line="240" w:lineRule="auto"/>
        <w:ind w:left="720"/>
      </w:pPr>
      <w:proofErr w:type="spellStart"/>
      <w:r>
        <w:rPr>
          <w:rFonts w:ascii="Consolas" w:hAnsi="Consolas"/>
          <w:color w:val="006600"/>
          <w:sz w:val="20"/>
        </w:rPr>
        <w:t>工作区</w:t>
      </w:r>
      <w:proofErr w:type="spellEnd"/>
      <w:r>
        <w:rPr>
          <w:rFonts w:ascii="Consolas" w:hAnsi="Consolas"/>
          <w:color w:val="006600"/>
          <w:sz w:val="20"/>
        </w:rPr>
        <w:t xml:space="preserve"> ──git add──▶ </w:t>
      </w:r>
      <w:proofErr w:type="spellStart"/>
      <w:r>
        <w:rPr>
          <w:rFonts w:ascii="Consolas" w:hAnsi="Consolas"/>
          <w:color w:val="006600"/>
          <w:sz w:val="20"/>
        </w:rPr>
        <w:t>暂存区</w:t>
      </w:r>
      <w:proofErr w:type="spellEnd"/>
      <w:r>
        <w:rPr>
          <w:rFonts w:ascii="Consolas" w:hAnsi="Consolas"/>
          <w:color w:val="006600"/>
          <w:sz w:val="20"/>
        </w:rPr>
        <w:t xml:space="preserve"> ──git commit──▶ </w:t>
      </w:r>
      <w:r>
        <w:rPr>
          <w:rFonts w:ascii="Consolas" w:hAnsi="Consolas"/>
          <w:color w:val="006600"/>
          <w:sz w:val="20"/>
        </w:rPr>
        <w:t>本地仓库</w:t>
      </w:r>
      <w:r>
        <w:rPr>
          <w:rFonts w:ascii="Consolas" w:hAnsi="Consolas"/>
          <w:color w:val="006600"/>
          <w:sz w:val="20"/>
        </w:rPr>
        <w:t xml:space="preserve"> ──git push──▶ </w:t>
      </w:r>
      <w:r>
        <w:rPr>
          <w:rFonts w:ascii="Consolas" w:hAnsi="Consolas"/>
          <w:color w:val="006600"/>
          <w:sz w:val="20"/>
        </w:rPr>
        <w:t>远程仓库</w:t>
      </w:r>
    </w:p>
    <w:p w14:paraId="0DDEF4A8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(</w:t>
      </w:r>
      <w:r>
        <w:rPr>
          <w:rFonts w:ascii="Consolas" w:hAnsi="Consolas"/>
          <w:color w:val="006600"/>
          <w:sz w:val="20"/>
        </w:rPr>
        <w:t>你正在编辑的文件</w:t>
      </w:r>
      <w:r>
        <w:rPr>
          <w:rFonts w:ascii="Consolas" w:hAnsi="Consolas"/>
          <w:color w:val="006600"/>
          <w:sz w:val="20"/>
        </w:rPr>
        <w:t>)   (</w:t>
      </w:r>
      <w:r>
        <w:rPr>
          <w:rFonts w:ascii="Consolas" w:hAnsi="Consolas"/>
          <w:color w:val="006600"/>
          <w:sz w:val="20"/>
        </w:rPr>
        <w:t>准备提交的清单</w:t>
      </w:r>
      <w:r>
        <w:rPr>
          <w:rFonts w:ascii="Consolas" w:hAnsi="Consolas"/>
          <w:color w:val="006600"/>
          <w:sz w:val="20"/>
        </w:rPr>
        <w:t>)       (</w:t>
      </w:r>
      <w:r>
        <w:rPr>
          <w:rFonts w:ascii="Consolas" w:hAnsi="Consolas"/>
          <w:color w:val="006600"/>
          <w:sz w:val="20"/>
        </w:rPr>
        <w:t>本机的版本历史</w:t>
      </w:r>
      <w:r>
        <w:rPr>
          <w:rFonts w:ascii="Consolas" w:hAnsi="Consolas"/>
          <w:color w:val="006600"/>
          <w:sz w:val="20"/>
        </w:rPr>
        <w:t>)        (GitHub/Gitee)</w:t>
      </w:r>
    </w:p>
    <w:p w14:paraId="3D5C8C73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      ◀──git pull── </w:t>
      </w:r>
      <w:r>
        <w:rPr>
          <w:rFonts w:ascii="Consolas" w:hAnsi="Consolas"/>
          <w:color w:val="006600"/>
          <w:sz w:val="20"/>
        </w:rPr>
        <w:t>拉取更新</w:t>
      </w:r>
      <w:r>
        <w:rPr>
          <w:rFonts w:ascii="Consolas" w:hAnsi="Consolas"/>
          <w:color w:val="006600"/>
          <w:sz w:val="20"/>
        </w:rPr>
        <w:t xml:space="preserve"> ─────────────────────────────────────┘</w:t>
      </w:r>
    </w:p>
    <w:p w14:paraId="2284F331" w14:textId="77777777" w:rsidR="004C6F9D" w:rsidRDefault="00000000">
      <w:pPr>
        <w:rPr>
          <w:lang w:eastAsia="zh-CN"/>
        </w:rPr>
      </w:pPr>
      <w:r>
        <w:rPr>
          <w:lang w:eastAsia="zh-CN"/>
        </w:rPr>
        <w:t>为什么要分暂存区？因为你有时改了5个文件，但这次提交只应该包含其中2个相关的修改。暂存区让你精确控制每次提交的内容。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4535"/>
      </w:tblGrid>
      <w:tr w:rsidR="004C6F9D" w14:paraId="2A05CD84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172695A" w14:textId="77777777" w:rsidR="004C6F9D" w:rsidRDefault="00000000">
            <w:proofErr w:type="spellStart"/>
            <w:r>
              <w:rPr>
                <w:sz w:val="20"/>
              </w:rPr>
              <w:t>区域</w:t>
            </w:r>
            <w:proofErr w:type="spellEnd"/>
          </w:p>
        </w:tc>
        <w:tc>
          <w:tcPr>
            <w:tcW w:w="2268" w:type="dxa"/>
          </w:tcPr>
          <w:p w14:paraId="7D4097A1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在哪里</w:t>
            </w:r>
          </w:p>
        </w:tc>
        <w:tc>
          <w:tcPr>
            <w:tcW w:w="4535" w:type="dxa"/>
          </w:tcPr>
          <w:p w14:paraId="3205F7F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什么时候用到</w:t>
            </w:r>
          </w:p>
        </w:tc>
      </w:tr>
      <w:tr w:rsidR="004C6F9D" w14:paraId="77B1B9E9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BAA092F" w14:textId="77777777" w:rsidR="004C6F9D" w:rsidRDefault="00000000">
            <w:r>
              <w:rPr>
                <w:sz w:val="20"/>
              </w:rPr>
              <w:t>工作区</w:t>
            </w:r>
          </w:p>
        </w:tc>
        <w:tc>
          <w:tcPr>
            <w:tcW w:w="2268" w:type="dxa"/>
          </w:tcPr>
          <w:p w14:paraId="052F2DD0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你的项目文件夹</w:t>
            </w:r>
          </w:p>
        </w:tc>
        <w:tc>
          <w:tcPr>
            <w:tcW w:w="4535" w:type="dxa"/>
          </w:tcPr>
          <w:p w14:paraId="7DFD40F4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日常编辑代码</w:t>
            </w:r>
          </w:p>
        </w:tc>
      </w:tr>
      <w:tr w:rsidR="004C6F9D" w14:paraId="2FDAE218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3627C9" w14:textId="77777777" w:rsidR="004C6F9D" w:rsidRDefault="00000000">
            <w:r>
              <w:rPr>
                <w:sz w:val="20"/>
              </w:rPr>
              <w:t>暂存区</w:t>
            </w:r>
          </w:p>
        </w:tc>
        <w:tc>
          <w:tcPr>
            <w:tcW w:w="2268" w:type="dxa"/>
          </w:tcPr>
          <w:p w14:paraId="50A14BDF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Git内部</w:t>
            </w:r>
          </w:p>
        </w:tc>
        <w:tc>
          <w:tcPr>
            <w:tcW w:w="4535" w:type="dxa"/>
          </w:tcPr>
          <w:p w14:paraId="56E87B9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proofErr w:type="gramStart"/>
            <w:r>
              <w:rPr>
                <w:sz w:val="20"/>
                <w:lang w:eastAsia="zh-CN"/>
              </w:rPr>
              <w:t>勾选</w:t>
            </w:r>
            <w:proofErr w:type="gramEnd"/>
            <w:r>
              <w:rPr>
                <w:sz w:val="20"/>
                <w:lang w:eastAsia="zh-CN"/>
              </w:rPr>
              <w:t>"这次提交要包含哪些修改"</w:t>
            </w:r>
          </w:p>
        </w:tc>
      </w:tr>
      <w:tr w:rsidR="004C6F9D" w14:paraId="6FB31DDB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208510" w14:textId="77777777" w:rsidR="004C6F9D" w:rsidRDefault="00000000">
            <w:proofErr w:type="spellStart"/>
            <w:r>
              <w:rPr>
                <w:sz w:val="20"/>
              </w:rPr>
              <w:t>本地仓库</w:t>
            </w:r>
            <w:proofErr w:type="spellEnd"/>
          </w:p>
        </w:tc>
        <w:tc>
          <w:tcPr>
            <w:tcW w:w="2268" w:type="dxa"/>
          </w:tcPr>
          <w:p w14:paraId="299DA88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项目文件夹内的.git目录（隐藏）</w:t>
            </w:r>
          </w:p>
        </w:tc>
        <w:tc>
          <w:tcPr>
            <w:tcW w:w="4535" w:type="dxa"/>
          </w:tcPr>
          <w:p w14:paraId="20581F3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t>每次commit形成版本</w:t>
            </w:r>
            <w:proofErr w:type="spellEnd"/>
          </w:p>
        </w:tc>
      </w:tr>
      <w:tr w:rsidR="004C6F9D" w14:paraId="5A6F3987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58D4B53" w14:textId="77777777" w:rsidR="004C6F9D" w:rsidRDefault="00000000">
            <w:r>
              <w:rPr>
                <w:sz w:val="20"/>
              </w:rPr>
              <w:t>远程仓库</w:t>
            </w:r>
          </w:p>
        </w:tc>
        <w:tc>
          <w:tcPr>
            <w:tcW w:w="2268" w:type="dxa"/>
          </w:tcPr>
          <w:p w14:paraId="588F973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GitHub/Gitee服务器</w:t>
            </w:r>
          </w:p>
        </w:tc>
        <w:tc>
          <w:tcPr>
            <w:tcW w:w="4535" w:type="dxa"/>
          </w:tcPr>
          <w:p w14:paraId="17A97160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push备份、换电脑、教师检查</w:t>
            </w:r>
          </w:p>
        </w:tc>
      </w:tr>
    </w:tbl>
    <w:p w14:paraId="77FEDF15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三、第一次配置：告诉Git你是谁</w:t>
      </w:r>
    </w:p>
    <w:p w14:paraId="07C1302E" w14:textId="77777777" w:rsidR="004C6F9D" w:rsidRDefault="00000000">
      <w:proofErr w:type="spellStart"/>
      <w:r>
        <w:t>打开终端（Windows用Git</w:t>
      </w:r>
      <w:proofErr w:type="spellEnd"/>
      <w:r>
        <w:t xml:space="preserve"> </w:t>
      </w:r>
      <w:proofErr w:type="spellStart"/>
      <w:r>
        <w:t>Bash，macOS用终端</w:t>
      </w:r>
      <w:proofErr w:type="spellEnd"/>
      <w:r>
        <w:t>），</w:t>
      </w:r>
      <w:proofErr w:type="spellStart"/>
      <w:r>
        <w:t>输入下面两条命令（引号里换成你自己的信息</w:t>
      </w:r>
      <w:proofErr w:type="spellEnd"/>
      <w:r>
        <w:t>）：</w:t>
      </w:r>
    </w:p>
    <w:p w14:paraId="1961F874" w14:textId="6D929B70" w:rsidR="004C6F9D" w:rsidRDefault="00762FB2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config --global user.name "</w:t>
      </w:r>
      <w:proofErr w:type="spellStart"/>
      <w:r w:rsidR="00000000">
        <w:rPr>
          <w:rFonts w:ascii="Consolas" w:hAnsi="Consolas"/>
          <w:color w:val="006600"/>
          <w:sz w:val="20"/>
        </w:rPr>
        <w:t>你的名字</w:t>
      </w:r>
      <w:proofErr w:type="spellEnd"/>
      <w:r w:rsidR="00000000">
        <w:rPr>
          <w:rFonts w:ascii="Consolas" w:hAnsi="Consolas"/>
          <w:color w:val="006600"/>
          <w:sz w:val="20"/>
        </w:rPr>
        <w:t>"</w:t>
      </w:r>
    </w:p>
    <w:p w14:paraId="5E854644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config --global user.email "</w:t>
      </w:r>
      <w:r>
        <w:rPr>
          <w:rFonts w:ascii="Consolas" w:hAnsi="Consolas"/>
          <w:color w:val="006600"/>
          <w:sz w:val="20"/>
        </w:rPr>
        <w:t>你的邮箱</w:t>
      </w:r>
      <w:r>
        <w:rPr>
          <w:rFonts w:ascii="Consolas" w:hAnsi="Consolas"/>
          <w:color w:val="006600"/>
          <w:sz w:val="20"/>
        </w:rPr>
        <w:t>"</w:t>
      </w:r>
    </w:p>
    <w:p w14:paraId="39E58D86" w14:textId="77777777" w:rsidR="004C6F9D" w:rsidRDefault="00000000">
      <w:r>
        <w:t>检查是否配置成功：</w:t>
      </w:r>
    </w:p>
    <w:p w14:paraId="367319F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lastRenderedPageBreak/>
        <w:t>git config --global user.name</w:t>
      </w:r>
    </w:p>
    <w:p w14:paraId="78B7A26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config --global user.email</w:t>
      </w:r>
    </w:p>
    <w:p w14:paraId="37DDE717" w14:textId="77777777" w:rsidR="004C6F9D" w:rsidRDefault="00000000">
      <w:r>
        <w:rPr>
          <w:b/>
        </w:rPr>
        <w:t>注意：这里的用户名和邮箱只是写在提交记录里的署名，用于标识"这次修改是谁做的"，不需要和GitHub密码对应。</w:t>
      </w:r>
    </w:p>
    <w:p w14:paraId="56F7347F" w14:textId="77777777" w:rsidR="004C6F9D" w:rsidRDefault="00000000">
      <w:r>
        <w:t>为什么必须配置：Git的每次提交都要记录作者，没有配置就会报错 Please tell me who you are。这是第一次课常见错误第一名。</w:t>
      </w:r>
    </w:p>
    <w:p w14:paraId="64A5CF7D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四、核心命令流：一次完整的提交</w:t>
      </w:r>
    </w:p>
    <w:p w14:paraId="4815E911" w14:textId="77777777" w:rsidR="004C6F9D" w:rsidRDefault="00000000">
      <w:pPr>
        <w:rPr>
          <w:lang w:eastAsia="zh-CN"/>
        </w:rPr>
      </w:pPr>
      <w:proofErr w:type="spellStart"/>
      <w:r>
        <w:t>下面是本课程你每天都要用的命令循环</w:t>
      </w:r>
      <w:proofErr w:type="spellEnd"/>
      <w:r>
        <w:t>。</w:t>
      </w:r>
      <w:r>
        <w:rPr>
          <w:lang w:eastAsia="zh-CN"/>
        </w:rPr>
        <w:t>先在任意位置建一个练习文件夹跟着做一遍：</w:t>
      </w:r>
    </w:p>
    <w:p w14:paraId="0B9B1848" w14:textId="77777777" w:rsidR="004C6F9D" w:rsidRDefault="00000000">
      <w:pPr>
        <w:spacing w:after="0" w:line="240" w:lineRule="auto"/>
        <w:ind w:left="720"/>
      </w:pPr>
      <w:proofErr w:type="spellStart"/>
      <w:r>
        <w:rPr>
          <w:rFonts w:ascii="Consolas" w:hAnsi="Consolas"/>
          <w:color w:val="006600"/>
          <w:sz w:val="20"/>
        </w:rPr>
        <w:t>mkdir</w:t>
      </w:r>
      <w:proofErr w:type="spellEnd"/>
      <w:r>
        <w:rPr>
          <w:rFonts w:ascii="Consolas" w:hAnsi="Consolas"/>
          <w:color w:val="006600"/>
          <w:sz w:val="20"/>
        </w:rPr>
        <w:t xml:space="preserve"> git-practice</w:t>
      </w:r>
    </w:p>
    <w:p w14:paraId="57FF333C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cd git-practice</w:t>
      </w:r>
    </w:p>
    <w:p w14:paraId="745D5DA9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git 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init</w:t>
      </w:r>
      <w:proofErr w:type="spellEnd"/>
    </w:p>
    <w:p w14:paraId="3CDF0692" w14:textId="77777777" w:rsidR="004C6F9D" w:rsidRDefault="00000000">
      <w:pPr>
        <w:rPr>
          <w:lang w:eastAsia="zh-CN"/>
        </w:rPr>
      </w:pPr>
      <w:r>
        <w:rPr>
          <w:lang w:eastAsia="zh-CN"/>
        </w:rPr>
        <w:t xml:space="preserve">git </w:t>
      </w:r>
      <w:proofErr w:type="spellStart"/>
      <w:r>
        <w:rPr>
          <w:lang w:eastAsia="zh-CN"/>
        </w:rPr>
        <w:t>init</w:t>
      </w:r>
      <w:proofErr w:type="spellEnd"/>
      <w:r>
        <w:rPr>
          <w:lang w:eastAsia="zh-CN"/>
        </w:rPr>
        <w:t xml:space="preserve"> 把当前文件夹变成一个Git仓库（会生成隐藏的.git目录）。此时工作区、暂存区、本地仓库都已就位，只差远程仓库。</w:t>
      </w:r>
    </w:p>
    <w:p w14:paraId="530BD15A" w14:textId="77777777" w:rsidR="004C6F9D" w:rsidRDefault="00000000">
      <w:r>
        <w:rPr>
          <w:b/>
        </w:rPr>
        <w:t>第1步：查看状态。</w:t>
      </w:r>
    </w:p>
    <w:p w14:paraId="076B3A0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status</w:t>
      </w:r>
    </w:p>
    <w:p w14:paraId="379DA0DE" w14:textId="77777777" w:rsidR="004C6F9D" w:rsidRDefault="00000000">
      <w:r>
        <w:t>你会看到 nothing to commit，因为还没有任何文件。</w:t>
      </w:r>
    </w:p>
    <w:p w14:paraId="35313054" w14:textId="77777777" w:rsidR="004C6F9D" w:rsidRDefault="00000000">
      <w:r>
        <w:rPr>
          <w:b/>
        </w:rPr>
        <w:t>第2步：创建一个文件。</w:t>
      </w:r>
    </w:p>
    <w:p w14:paraId="3B17CB86" w14:textId="77777777" w:rsidR="004C6F9D" w:rsidRDefault="00000000">
      <w:r>
        <w:t>用编辑器在git-practice文件夹里新建 hello.txt，内容随便写一行字，保存。再执行：</w:t>
      </w:r>
    </w:p>
    <w:p w14:paraId="1AE7B8B0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status</w:t>
      </w:r>
    </w:p>
    <w:p w14:paraId="46A4E5B8" w14:textId="77777777" w:rsidR="004C6F9D" w:rsidRDefault="00000000">
      <w:r>
        <w:t>你会看到hello.txt出现在 Untracked files（未跟踪文件）下面，红色。</w:t>
      </w:r>
    </w:p>
    <w:p w14:paraId="3F0D9D02" w14:textId="77777777" w:rsidR="004C6F9D" w:rsidRDefault="00000000">
      <w:r>
        <w:rPr>
          <w:b/>
        </w:rPr>
        <w:t>第3步：加入暂存区。</w:t>
      </w:r>
    </w:p>
    <w:p w14:paraId="084D356A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add hello.txt</w:t>
      </w:r>
    </w:p>
    <w:p w14:paraId="1506D543" w14:textId="77777777" w:rsidR="004C6F9D" w:rsidRDefault="00000000">
      <w:r>
        <w:t>再 git status，文件变成绿色，出现在 Changes to be committed（将要提交的修改）下面。</w:t>
      </w:r>
    </w:p>
    <w:p w14:paraId="42303632" w14:textId="77777777" w:rsidR="004C6F9D" w:rsidRDefault="00000000">
      <w:pPr>
        <w:rPr>
          <w:lang w:eastAsia="zh-CN"/>
        </w:rPr>
      </w:pPr>
      <w:r>
        <w:t xml:space="preserve">快捷方式：git add . </w:t>
      </w:r>
      <w:proofErr w:type="spellStart"/>
      <w:r>
        <w:t>表示把当前目录所有修改都加入暂存区</w:t>
      </w:r>
      <w:proofErr w:type="spellEnd"/>
      <w:r>
        <w:t>。</w:t>
      </w:r>
      <w:r>
        <w:rPr>
          <w:lang w:eastAsia="zh-CN"/>
        </w:rPr>
        <w:t>日常够用，但你应当知道它和逐个文件添加的区别。</w:t>
      </w:r>
    </w:p>
    <w:p w14:paraId="4E9BE13F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第4步：提交到本地仓库。</w:t>
      </w:r>
    </w:p>
    <w:p w14:paraId="4D1D19DC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git commit -m "</w:t>
      </w:r>
      <w:r>
        <w:rPr>
          <w:rFonts w:ascii="Consolas" w:hAnsi="Consolas"/>
          <w:color w:val="006600"/>
          <w:sz w:val="20"/>
          <w:lang w:eastAsia="zh-CN"/>
        </w:rPr>
        <w:t>创建练习文件</w:t>
      </w:r>
      <w:r>
        <w:rPr>
          <w:rFonts w:ascii="Consolas" w:hAnsi="Consolas"/>
          <w:color w:val="006600"/>
          <w:sz w:val="20"/>
          <w:lang w:eastAsia="zh-CN"/>
        </w:rPr>
        <w:t>"</w:t>
      </w:r>
    </w:p>
    <w:p w14:paraId="7075DCF1" w14:textId="77777777" w:rsidR="004C6F9D" w:rsidRDefault="00000000">
      <w:pPr>
        <w:rPr>
          <w:lang w:eastAsia="zh-CN"/>
        </w:rPr>
      </w:pPr>
      <w:r>
        <w:rPr>
          <w:lang w:eastAsia="zh-CN"/>
        </w:rPr>
        <w:lastRenderedPageBreak/>
        <w:t>引号里是提交说明。规范写法：用一句话说清这次提交做了什么，例如"添加页面骨架""修复图片路径错误"。反面例子："111"、"修改"、"更新"、"final"。</w:t>
      </w:r>
    </w:p>
    <w:p w14:paraId="74AA0973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第5步：查看提交历史。</w:t>
      </w:r>
    </w:p>
    <w:p w14:paraId="3A39836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git log</w:t>
      </w:r>
    </w:p>
    <w:p w14:paraId="4B71EACB" w14:textId="77777777" w:rsidR="004C6F9D" w:rsidRDefault="00000000">
      <w:pPr>
        <w:rPr>
          <w:lang w:eastAsia="zh-CN"/>
        </w:rPr>
      </w:pPr>
      <w:r>
        <w:rPr>
          <w:lang w:eastAsia="zh-CN"/>
        </w:rPr>
        <w:t>你会看到一条记录，包含40位十六进制的提交编号、作者、日期和你的提交说明。</w:t>
      </w:r>
    </w:p>
    <w:p w14:paraId="6C493D51" w14:textId="47480C9D" w:rsidR="004C6F9D" w:rsidRDefault="009A3241">
      <w:pPr>
        <w:rPr>
          <w:lang w:eastAsia="zh-CN"/>
        </w:rPr>
      </w:pPr>
      <w:proofErr w:type="gramStart"/>
      <w:r>
        <w:rPr>
          <w:lang w:eastAsia="zh-CN"/>
        </w:rPr>
        <w:t>一屏能</w:t>
      </w:r>
      <w:proofErr w:type="gramEnd"/>
      <w:r>
        <w:rPr>
          <w:lang w:eastAsia="zh-CN"/>
        </w:rPr>
        <w:t>显示完就自动退出</w:t>
      </w:r>
      <w:r>
        <w:rPr>
          <w:rFonts w:hint="eastAsia"/>
          <w:lang w:eastAsia="zh-CN"/>
        </w:rPr>
        <w:t>,否则</w:t>
      </w:r>
      <w:r w:rsidR="00000000">
        <w:rPr>
          <w:lang w:eastAsia="zh-CN"/>
        </w:rPr>
        <w:t>按q退出log界面。</w:t>
      </w:r>
    </w:p>
    <w:p w14:paraId="50C248E2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第6步：循环。</w:t>
      </w:r>
    </w:p>
    <w:p w14:paraId="4872D4B3" w14:textId="77777777" w:rsidR="004C6F9D" w:rsidRDefault="00000000">
      <w:pPr>
        <w:rPr>
          <w:lang w:eastAsia="zh-CN"/>
        </w:rPr>
      </w:pPr>
      <w:r>
        <w:rPr>
          <w:lang w:eastAsia="zh-CN"/>
        </w:rPr>
        <w:t>再修改hello.txt的内容，重复add、commit，然后 git log 观察两条记录。</w:t>
      </w:r>
    </w:p>
    <w:p w14:paraId="7856C59E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五、提交说明规范与小步提交</w:t>
      </w:r>
    </w:p>
    <w:p w14:paraId="33E84280" w14:textId="77777777" w:rsidR="004C6F9D" w:rsidRDefault="00000000">
      <w:pPr>
        <w:rPr>
          <w:lang w:eastAsia="zh-CN"/>
        </w:rPr>
      </w:pPr>
      <w:r>
        <w:rPr>
          <w:lang w:eastAsia="zh-CN"/>
        </w:rPr>
        <w:t>本课程对提交过程有明确要求：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3969"/>
      </w:tblGrid>
      <w:tr w:rsidR="004C6F9D" w14:paraId="5E5D2F8E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4BE4F7" w14:textId="77777777" w:rsidR="004C6F9D" w:rsidRDefault="00000000">
            <w:proofErr w:type="spellStart"/>
            <w:r>
              <w:rPr>
                <w:sz w:val="20"/>
              </w:rPr>
              <w:t>原则</w:t>
            </w:r>
            <w:proofErr w:type="spellEnd"/>
          </w:p>
        </w:tc>
        <w:tc>
          <w:tcPr>
            <w:tcW w:w="2835" w:type="dxa"/>
          </w:tcPr>
          <w:p w14:paraId="2A9BC7FA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说明</w:t>
            </w:r>
          </w:p>
        </w:tc>
        <w:tc>
          <w:tcPr>
            <w:tcW w:w="3969" w:type="dxa"/>
          </w:tcPr>
          <w:p w14:paraId="35537931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例子</w:t>
            </w:r>
          </w:p>
        </w:tc>
      </w:tr>
      <w:tr w:rsidR="004C6F9D" w14:paraId="4030F393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7F643DC" w14:textId="77777777" w:rsidR="004C6F9D" w:rsidRDefault="00000000">
            <w:r>
              <w:rPr>
                <w:sz w:val="20"/>
              </w:rPr>
              <w:t>小步提交</w:t>
            </w:r>
          </w:p>
        </w:tc>
        <w:tc>
          <w:tcPr>
            <w:tcW w:w="2835" w:type="dxa"/>
          </w:tcPr>
          <w:p w14:paraId="7D9630A0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每完成一个小功能就提交一次，不要写完全部再一次性提交</w:t>
            </w:r>
          </w:p>
        </w:tc>
        <w:tc>
          <w:tcPr>
            <w:tcW w:w="3969" w:type="dxa"/>
          </w:tcPr>
          <w:p w14:paraId="05D464F0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先提交骨架，再提交内容，再提交图片</w:t>
            </w:r>
          </w:p>
        </w:tc>
      </w:tr>
      <w:tr w:rsidR="004C6F9D" w14:paraId="040E1AE1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0FD2492" w14:textId="77777777" w:rsidR="004C6F9D" w:rsidRDefault="00000000">
            <w:proofErr w:type="spellStart"/>
            <w:r>
              <w:rPr>
                <w:sz w:val="20"/>
              </w:rPr>
              <w:t>说明具体</w:t>
            </w:r>
            <w:proofErr w:type="spellEnd"/>
          </w:p>
        </w:tc>
        <w:tc>
          <w:tcPr>
            <w:tcW w:w="2835" w:type="dxa"/>
          </w:tcPr>
          <w:p w14:paraId="7A70CA87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每条说明能让人不看代码就知道改了什么</w:t>
            </w:r>
          </w:p>
        </w:tc>
        <w:tc>
          <w:tcPr>
            <w:tcW w:w="3969" w:type="dxa"/>
          </w:tcPr>
          <w:p w14:paraId="5416A6E9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"补充爱好列表" 优于 "更新"</w:t>
            </w:r>
          </w:p>
        </w:tc>
      </w:tr>
      <w:tr w:rsidR="004C6F9D" w14:paraId="2D1F8343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29E23C" w14:textId="77777777" w:rsidR="004C6F9D" w:rsidRDefault="00000000">
            <w:proofErr w:type="spellStart"/>
            <w:r>
              <w:rPr>
                <w:sz w:val="20"/>
              </w:rPr>
              <w:t>过程真实</w:t>
            </w:r>
            <w:proofErr w:type="spellEnd"/>
          </w:p>
        </w:tc>
        <w:tc>
          <w:tcPr>
            <w:tcW w:w="2835" w:type="dxa"/>
          </w:tcPr>
          <w:p w14:paraId="5DD8EFF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提交历史应反映真实开发过程</w:t>
            </w:r>
          </w:p>
        </w:tc>
        <w:tc>
          <w:tcPr>
            <w:tcW w:w="3969" w:type="dxa"/>
          </w:tcPr>
          <w:p w14:paraId="667B8EB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最后一次性上</w:t>
            </w:r>
            <w:proofErr w:type="gramStart"/>
            <w:r>
              <w:rPr>
                <w:sz w:val="20"/>
                <w:lang w:eastAsia="zh-CN"/>
              </w:rPr>
              <w:t>传全部</w:t>
            </w:r>
            <w:proofErr w:type="gramEnd"/>
            <w:r>
              <w:rPr>
                <w:sz w:val="20"/>
                <w:lang w:eastAsia="zh-CN"/>
              </w:rPr>
              <w:t>文件会被视为无效过程</w:t>
            </w:r>
          </w:p>
        </w:tc>
      </w:tr>
    </w:tbl>
    <w:p w14:paraId="2CFB6753" w14:textId="77777777" w:rsidR="004C6F9D" w:rsidRDefault="00000000">
      <w:proofErr w:type="spellStart"/>
      <w:r>
        <w:t>小步提交的价值：出错时能精确定位是哪次修改引入的；git</w:t>
      </w:r>
      <w:proofErr w:type="spellEnd"/>
      <w:r>
        <w:t xml:space="preserve"> checkout </w:t>
      </w:r>
      <w:proofErr w:type="spellStart"/>
      <w:r>
        <w:t>可以回到任何一个历史版本</w:t>
      </w:r>
      <w:proofErr w:type="spellEnd"/>
      <w:r>
        <w:t>。</w:t>
      </w:r>
    </w:p>
    <w:p w14:paraId="43B7A7A7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六、.gitignore：不纳入版本控制的文件</w:t>
      </w:r>
    </w:p>
    <w:p w14:paraId="77A79CF6" w14:textId="77777777" w:rsidR="004C6F9D" w:rsidRDefault="00000000">
      <w:pPr>
        <w:rPr>
          <w:lang w:eastAsia="zh-CN"/>
        </w:rPr>
      </w:pPr>
      <w:r>
        <w:rPr>
          <w:lang w:eastAsia="zh-CN"/>
        </w:rPr>
        <w:t>有些文件不应该提交：系统垃圾文件（如macOS的.</w:t>
      </w:r>
      <w:proofErr w:type="spellStart"/>
      <w:r>
        <w:rPr>
          <w:lang w:eastAsia="zh-CN"/>
        </w:rPr>
        <w:t>DS_Store</w:t>
      </w:r>
      <w:proofErr w:type="spellEnd"/>
      <w:r>
        <w:rPr>
          <w:lang w:eastAsia="zh-CN"/>
        </w:rPr>
        <w:t>）、编辑器配置、体积大的临时文件。在仓库根目录创建名为 .</w:t>
      </w:r>
      <w:proofErr w:type="spellStart"/>
      <w:r>
        <w:rPr>
          <w:lang w:eastAsia="zh-CN"/>
        </w:rPr>
        <w:t>gitignore</w:t>
      </w:r>
      <w:proofErr w:type="spellEnd"/>
      <w:r>
        <w:rPr>
          <w:lang w:eastAsia="zh-CN"/>
        </w:rPr>
        <w:t xml:space="preserve"> 的文本文件，写入要忽略的规则：</w:t>
      </w:r>
    </w:p>
    <w:p w14:paraId="743D8DC3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.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DS_Store</w:t>
      </w:r>
      <w:proofErr w:type="spellEnd"/>
    </w:p>
    <w:p w14:paraId="7874708A" w14:textId="77777777" w:rsidR="004C6F9D" w:rsidRDefault="00000000">
      <w:pPr>
        <w:spacing w:after="0" w:line="240" w:lineRule="auto"/>
        <w:ind w:left="720"/>
        <w:rPr>
          <w:lang w:eastAsia="zh-CN"/>
        </w:rPr>
      </w:pPr>
      <w:proofErr w:type="spellStart"/>
      <w:r>
        <w:rPr>
          <w:rFonts w:ascii="Consolas" w:hAnsi="Consolas"/>
          <w:color w:val="006600"/>
          <w:sz w:val="20"/>
          <w:lang w:eastAsia="zh-CN"/>
        </w:rPr>
        <w:t>Thumbs.db</w:t>
      </w:r>
      <w:proofErr w:type="spellEnd"/>
    </w:p>
    <w:p w14:paraId="260E6455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*.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tmp</w:t>
      </w:r>
      <w:proofErr w:type="spellEnd"/>
    </w:p>
    <w:p w14:paraId="112BD0A5" w14:textId="77777777" w:rsidR="004C6F9D" w:rsidRDefault="00000000">
      <w:pPr>
        <w:rPr>
          <w:lang w:eastAsia="zh-CN"/>
        </w:rPr>
      </w:pPr>
      <w:r>
        <w:rPr>
          <w:lang w:eastAsia="zh-CN"/>
        </w:rPr>
        <w:t>这样Git就不再跟踪这些文件。本课程后续项目会用到，</w:t>
      </w:r>
      <w:proofErr w:type="gramStart"/>
      <w:r>
        <w:rPr>
          <w:lang w:eastAsia="zh-CN"/>
        </w:rPr>
        <w:t>本次课先了解</w:t>
      </w:r>
      <w:proofErr w:type="gramEnd"/>
      <w:r>
        <w:rPr>
          <w:lang w:eastAsia="zh-CN"/>
        </w:rPr>
        <w:t>。</w:t>
      </w:r>
    </w:p>
    <w:p w14:paraId="58F01385" w14:textId="77777777" w:rsidR="004C6F9D" w:rsidRDefault="004C6F9D">
      <w:pPr>
        <w:rPr>
          <w:lang w:eastAsia="zh-CN"/>
        </w:rPr>
      </w:pPr>
    </w:p>
    <w:p w14:paraId="0D29BD65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lastRenderedPageBreak/>
        <w:t>第四部分 GitHub远程仓库</w:t>
      </w:r>
    </w:p>
    <w:p w14:paraId="15538AA2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一、创建远程仓库</w:t>
      </w:r>
    </w:p>
    <w:p w14:paraId="40FA3282" w14:textId="77777777" w:rsidR="004C6F9D" w:rsidRDefault="00000000">
      <w:pPr>
        <w:ind w:left="720" w:hanging="360"/>
      </w:pPr>
      <w:r>
        <w:rPr>
          <w:sz w:val="22"/>
        </w:rPr>
        <w:t xml:space="preserve">1. </w:t>
      </w:r>
      <w:proofErr w:type="spellStart"/>
      <w:r>
        <w:rPr>
          <w:sz w:val="22"/>
        </w:rPr>
        <w:t>登录GitHub，点击右上角加号，选择New</w:t>
      </w:r>
      <w:proofErr w:type="spellEnd"/>
      <w:r>
        <w:rPr>
          <w:sz w:val="22"/>
        </w:rPr>
        <w:t xml:space="preserve"> repository。</w:t>
      </w:r>
    </w:p>
    <w:p w14:paraId="59706DE8" w14:textId="77777777" w:rsidR="004C6F9D" w:rsidRDefault="00000000">
      <w:pPr>
        <w:ind w:left="720" w:hanging="360"/>
      </w:pPr>
      <w:r>
        <w:rPr>
          <w:sz w:val="22"/>
        </w:rPr>
        <w:t>2. Repository name填写：frontend-practice（本课程统一仓库名，后续七次课都用它）。</w:t>
      </w:r>
    </w:p>
    <w:p w14:paraId="49353E77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选择Public（公开，便于教师检查）或Private（私有，验收时需临时添加教师为协作者）。</w:t>
      </w:r>
    </w:p>
    <w:p w14:paraId="1AAA2543" w14:textId="77777777" w:rsidR="004C6F9D" w:rsidRDefault="00000000">
      <w:pPr>
        <w:ind w:left="720" w:hanging="360"/>
      </w:pPr>
      <w:r>
        <w:rPr>
          <w:sz w:val="22"/>
        </w:rPr>
        <w:t xml:space="preserve">4. </w:t>
      </w:r>
      <w:proofErr w:type="spellStart"/>
      <w:r>
        <w:rPr>
          <w:sz w:val="22"/>
        </w:rPr>
        <w:t>不要勾选"Add</w:t>
      </w:r>
      <w:proofErr w:type="spellEnd"/>
      <w:r>
        <w:rPr>
          <w:sz w:val="22"/>
        </w:rPr>
        <w:t xml:space="preserve"> a README file"——我们要从本地推送，避免冲突。</w:t>
      </w:r>
    </w:p>
    <w:p w14:paraId="0C644081" w14:textId="77777777" w:rsidR="004C6F9D" w:rsidRDefault="00000000">
      <w:pPr>
        <w:ind w:left="720" w:hanging="360"/>
      </w:pPr>
      <w:r>
        <w:rPr>
          <w:sz w:val="22"/>
        </w:rPr>
        <w:t>5. 点击Create repository。</w:t>
      </w:r>
    </w:p>
    <w:p w14:paraId="7EB06A55" w14:textId="2E61AD0E" w:rsidR="00113F29" w:rsidRDefault="00000000" w:rsidP="00113F29">
      <w:pPr>
        <w:spacing w:after="0" w:line="240" w:lineRule="auto"/>
        <w:ind w:left="720"/>
      </w:pPr>
      <w:proofErr w:type="spellStart"/>
      <w:r>
        <w:t>创建完成后GitHub会显示一串提示命令，其中最重要的两行在下面</w:t>
      </w:r>
      <w:proofErr w:type="spellEnd"/>
      <w:r w:rsidR="00113F29">
        <w:rPr>
          <w:rFonts w:hint="eastAsia"/>
          <w:lang w:eastAsia="zh-CN"/>
        </w:rPr>
        <w:t>(记住)：</w:t>
      </w:r>
      <w:r w:rsidR="00113F29">
        <w:br/>
      </w:r>
      <w:r w:rsidR="00113F29">
        <w:rPr>
          <w:rFonts w:ascii="Consolas" w:hAnsi="Consolas"/>
          <w:color w:val="006600"/>
          <w:sz w:val="20"/>
        </w:rPr>
        <w:t xml:space="preserve">git remote add origin </w:t>
      </w:r>
      <w:r w:rsidR="00113F29">
        <w:rPr>
          <w:rFonts w:ascii="Consolas" w:hAnsi="Consolas"/>
          <w:color w:val="006600"/>
          <w:sz w:val="20"/>
        </w:rPr>
        <w:t>……</w:t>
      </w:r>
    </w:p>
    <w:p w14:paraId="50EC3B2F" w14:textId="77777777" w:rsidR="00113F29" w:rsidRDefault="00113F29" w:rsidP="00113F29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push -u origin main</w:t>
      </w:r>
    </w:p>
    <w:p w14:paraId="32E63A2B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二、把本地仓库连接到远程并推送</w:t>
      </w:r>
    </w:p>
    <w:p w14:paraId="45525D9C" w14:textId="77777777" w:rsidR="004C6F9D" w:rsidRDefault="00000000">
      <w:proofErr w:type="spellStart"/>
      <w:r>
        <w:t>在git-practice目录执行</w:t>
      </w:r>
      <w:proofErr w:type="spellEnd"/>
      <w:r>
        <w:t>：</w:t>
      </w:r>
    </w:p>
    <w:p w14:paraId="1B0B2E82" w14:textId="0CBFAFAD" w:rsidR="000B024E" w:rsidRDefault="000B024E" w:rsidP="00113F29">
      <w:pPr>
        <w:pStyle w:val="HTML"/>
        <w:rPr>
          <w:rFonts w:ascii="Consolas" w:hAnsi="Consolas"/>
          <w:color w:val="006600"/>
          <w:sz w:val="20"/>
        </w:rPr>
      </w:pPr>
      <w:bookmarkStart w:id="0" w:name="_Hlk238660201"/>
      <w:bookmarkStart w:id="1" w:name="_Hlk238661543"/>
      <w:r w:rsidRPr="000B024E">
        <w:rPr>
          <w:rFonts w:ascii="Consolas" w:hAnsi="Consolas"/>
          <w:color w:val="006600"/>
          <w:sz w:val="20"/>
        </w:rPr>
        <w:t>git branch -M main</w:t>
      </w:r>
    </w:p>
    <w:bookmarkEnd w:id="1"/>
    <w:p w14:paraId="27B2C892" w14:textId="66425D89" w:rsidR="00113F29" w:rsidRDefault="00113F29" w:rsidP="00113F29">
      <w:pPr>
        <w:pStyle w:val="HTML"/>
        <w:rPr>
          <w:rFonts w:ascii="Consolas" w:hAnsi="Consolas"/>
          <w:color w:val="006600"/>
          <w:sz w:val="20"/>
        </w:rPr>
      </w:pPr>
      <w:r w:rsidRPr="00113F29">
        <w:rPr>
          <w:rFonts w:ascii="Consolas" w:hAnsi="Consolas"/>
          <w:color w:val="006600"/>
          <w:sz w:val="20"/>
        </w:rPr>
        <w:t>git remote add origin https://github.com/</w:t>
      </w:r>
      <w:r w:rsidRPr="00113F29">
        <w:rPr>
          <w:rFonts w:ascii="Consolas" w:hAnsi="Consolas"/>
          <w:color w:val="006600"/>
          <w:sz w:val="20"/>
        </w:rPr>
        <w:t>你的用户名</w:t>
      </w:r>
      <w:r w:rsidRPr="00113F29">
        <w:rPr>
          <w:rFonts w:ascii="Consolas" w:hAnsi="Consolas"/>
          <w:color w:val="006600"/>
          <w:sz w:val="20"/>
        </w:rPr>
        <w:t>/frontend-</w:t>
      </w:r>
      <w:proofErr w:type="spellStart"/>
      <w:r w:rsidRPr="00113F29">
        <w:rPr>
          <w:rFonts w:ascii="Consolas" w:hAnsi="Consolas"/>
          <w:color w:val="006600"/>
          <w:sz w:val="20"/>
        </w:rPr>
        <w:t>practice.git</w:t>
      </w:r>
      <w:proofErr w:type="spellEnd"/>
    </w:p>
    <w:p w14:paraId="03DE0949" w14:textId="42F587D5" w:rsidR="004C6F9D" w:rsidRDefault="00113F29" w:rsidP="00113F29">
      <w:pPr>
        <w:pStyle w:val="HTML"/>
      </w:pPr>
      <w:r>
        <w:rPr>
          <w:rFonts w:ascii="Consolas" w:hAnsi="Consolas" w:hint="eastAsia"/>
          <w:color w:val="006600"/>
          <w:sz w:val="20"/>
        </w:rPr>
        <w:t>或者：</w:t>
      </w:r>
      <w:r w:rsidR="00000000">
        <w:rPr>
          <w:rFonts w:ascii="Consolas" w:hAnsi="Consolas"/>
          <w:color w:val="006600"/>
          <w:sz w:val="20"/>
        </w:rPr>
        <w:t xml:space="preserve">git remote add origin </w:t>
      </w:r>
      <w:r w:rsidRPr="00113F29">
        <w:rPr>
          <w:rFonts w:ascii="Consolas" w:hAnsi="Consolas"/>
          <w:color w:val="006600"/>
          <w:sz w:val="20"/>
        </w:rPr>
        <w:t>git@github.com:</w:t>
      </w:r>
      <w:proofErr w:type="spellStart"/>
      <w:r w:rsidR="00000000">
        <w:rPr>
          <w:rFonts w:ascii="Consolas" w:hAnsi="Consolas"/>
          <w:color w:val="006600"/>
          <w:sz w:val="20"/>
        </w:rPr>
        <w:t>你的用户名</w:t>
      </w:r>
      <w:proofErr w:type="spellEnd"/>
      <w:r w:rsidR="00000000">
        <w:rPr>
          <w:rFonts w:ascii="Consolas" w:hAnsi="Consolas"/>
          <w:color w:val="006600"/>
          <w:sz w:val="20"/>
        </w:rPr>
        <w:t>/frontend-</w:t>
      </w:r>
      <w:proofErr w:type="spellStart"/>
      <w:r w:rsidR="00000000">
        <w:rPr>
          <w:rFonts w:ascii="Consolas" w:hAnsi="Consolas"/>
          <w:color w:val="006600"/>
          <w:sz w:val="20"/>
        </w:rPr>
        <w:t>practice.git</w:t>
      </w:r>
      <w:proofErr w:type="spellEnd"/>
    </w:p>
    <w:bookmarkEnd w:id="0"/>
    <w:p w14:paraId="30002668" w14:textId="77777777" w:rsidR="00113F29" w:rsidRDefault="00113F29" w:rsidP="00113F29">
      <w:pPr>
        <w:spacing w:after="0" w:line="240" w:lineRule="auto"/>
        <w:rPr>
          <w:rFonts w:ascii="Consolas" w:hAnsi="Consolas"/>
          <w:color w:val="006600"/>
          <w:sz w:val="20"/>
        </w:rPr>
      </w:pPr>
    </w:p>
    <w:p w14:paraId="7816E04D" w14:textId="6068CFFE" w:rsidR="004C6F9D" w:rsidRDefault="00000000" w:rsidP="00113F29">
      <w:pPr>
        <w:spacing w:after="0" w:line="240" w:lineRule="auto"/>
      </w:pPr>
      <w:r>
        <w:rPr>
          <w:rFonts w:ascii="Consolas" w:hAnsi="Consolas"/>
          <w:color w:val="006600"/>
          <w:sz w:val="20"/>
        </w:rPr>
        <w:t>git push -u origin main</w:t>
      </w:r>
    </w:p>
    <w:p w14:paraId="20A7DF50" w14:textId="77777777" w:rsidR="004C6F9D" w:rsidRDefault="00000000">
      <w:r>
        <w:t>逐行解释：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4535"/>
      </w:tblGrid>
      <w:tr w:rsidR="004C6F9D" w14:paraId="45D25CDC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32EC4EB" w14:textId="77777777" w:rsidR="004C6F9D" w:rsidRDefault="00000000">
            <w:r>
              <w:rPr>
                <w:sz w:val="20"/>
              </w:rPr>
              <w:t>命令</w:t>
            </w:r>
          </w:p>
        </w:tc>
        <w:tc>
          <w:tcPr>
            <w:tcW w:w="4535" w:type="dxa"/>
          </w:tcPr>
          <w:p w14:paraId="144568CE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作用</w:t>
            </w:r>
          </w:p>
        </w:tc>
      </w:tr>
      <w:tr w:rsidR="000B024E" w14:paraId="0D2FF03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0CA8E8F" w14:textId="21E2D0F9" w:rsidR="000B024E" w:rsidRDefault="000B024E">
            <w:pPr>
              <w:rPr>
                <w:sz w:val="20"/>
              </w:rPr>
            </w:pPr>
            <w:r w:rsidRPr="000B024E">
              <w:rPr>
                <w:sz w:val="20"/>
              </w:rPr>
              <w:t>git branch -M main</w:t>
            </w:r>
          </w:p>
        </w:tc>
        <w:tc>
          <w:tcPr>
            <w:tcW w:w="4535" w:type="dxa"/>
          </w:tcPr>
          <w:p w14:paraId="55CBF983" w14:textId="635B1B25" w:rsidR="000B024E" w:rsidRDefault="00223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223FFB">
              <w:rPr>
                <w:rFonts w:hint="eastAsia"/>
                <w:sz w:val="20"/>
              </w:rPr>
              <w:t>把</w:t>
            </w:r>
            <w:r w:rsidRPr="00223FFB">
              <w:rPr>
                <w:sz w:val="20"/>
              </w:rPr>
              <w:t>当前所在分支改名为</w:t>
            </w:r>
            <w:proofErr w:type="spellEnd"/>
            <w:r w:rsidRPr="00223FFB">
              <w:rPr>
                <w:sz w:val="20"/>
              </w:rPr>
              <w:t xml:space="preserve"> main</w:t>
            </w:r>
          </w:p>
        </w:tc>
      </w:tr>
      <w:tr w:rsidR="004C6F9D" w14:paraId="29EA260F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2413C57" w14:textId="77777777" w:rsidR="004C6F9D" w:rsidRDefault="00000000">
            <w:r>
              <w:rPr>
                <w:sz w:val="20"/>
              </w:rPr>
              <w:t>git remote add origin 地址</w:t>
            </w:r>
          </w:p>
        </w:tc>
        <w:tc>
          <w:tcPr>
            <w:tcW w:w="4535" w:type="dxa"/>
          </w:tcPr>
          <w:p w14:paraId="0BB495F9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把远程仓库地址保存为别名origin（origin是约定俗成的名字）</w:t>
            </w:r>
          </w:p>
        </w:tc>
      </w:tr>
      <w:tr w:rsidR="004C6F9D" w14:paraId="6B105F4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6C2D48F" w14:textId="77777777" w:rsidR="004C6F9D" w:rsidRDefault="00000000">
            <w:r>
              <w:rPr>
                <w:sz w:val="20"/>
              </w:rPr>
              <w:t>git push -u origin main</w:t>
            </w:r>
          </w:p>
        </w:tc>
        <w:tc>
          <w:tcPr>
            <w:tcW w:w="4535" w:type="dxa"/>
          </w:tcPr>
          <w:p w14:paraId="4B6133E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把本地main分支推送到origin，-u记住关联，之后只需git push</w:t>
            </w:r>
          </w:p>
        </w:tc>
      </w:tr>
    </w:tbl>
    <w:p w14:paraId="7591D89E" w14:textId="2C8420F3" w:rsidR="000B024E" w:rsidRDefault="00000000">
      <w:pPr>
        <w:rPr>
          <w:lang w:eastAsia="zh-CN"/>
        </w:rPr>
      </w:pPr>
      <w:bookmarkStart w:id="2" w:name="_Hlk238661780"/>
      <w:proofErr w:type="spellStart"/>
      <w:r>
        <w:t>首次推送会弹出</w:t>
      </w:r>
      <w:r w:rsidR="000B024E">
        <w:rPr>
          <w:rFonts w:hint="eastAsia"/>
          <w:lang w:eastAsia="zh-CN"/>
        </w:rPr>
        <w:t>Cre</w:t>
      </w:r>
      <w:r w:rsidR="000B024E">
        <w:t>dential</w:t>
      </w:r>
      <w:proofErr w:type="spellEnd"/>
      <w:r w:rsidR="000B024E">
        <w:t xml:space="preserve"> Helper Selector</w:t>
      </w:r>
      <w:r w:rsidR="000B024E">
        <w:rPr>
          <w:rFonts w:hint="eastAsia"/>
          <w:lang w:eastAsia="zh-CN"/>
        </w:rPr>
        <w:t>窗口</w:t>
      </w:r>
      <w:r w:rsidR="000B024E">
        <w:br/>
      </w:r>
      <w:r w:rsidR="000B024E">
        <w:rPr>
          <w:noProof/>
        </w:rPr>
        <w:drawing>
          <wp:inline distT="0" distB="0" distL="0" distR="0" wp14:anchorId="45CD1F74" wp14:editId="693C8FB0">
            <wp:extent cx="1525629" cy="879118"/>
            <wp:effectExtent l="0" t="0" r="0" b="0"/>
            <wp:docPr id="1463831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312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4489" cy="88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5503">
        <w:rPr>
          <w:rFonts w:hint="eastAsia"/>
          <w:lang w:eastAsia="zh-CN"/>
        </w:rPr>
        <w:t>保留缺省选择，</w:t>
      </w:r>
      <w:proofErr w:type="gramStart"/>
      <w:r w:rsidR="005D5503">
        <w:rPr>
          <w:rFonts w:hint="eastAsia"/>
          <w:lang w:eastAsia="zh-CN"/>
        </w:rPr>
        <w:t>勾选</w:t>
      </w:r>
      <w:proofErr w:type="gramEnd"/>
      <w:r w:rsidR="005D5503">
        <w:rPr>
          <w:rStyle w:val="HTML1"/>
        </w:rPr>
        <w:t>Always use this from now on</w:t>
      </w:r>
      <w:r w:rsidR="005D5503">
        <w:rPr>
          <w:rStyle w:val="HTML1"/>
          <w:rFonts w:hint="eastAsia"/>
          <w:lang w:eastAsia="zh-CN"/>
        </w:rPr>
        <w:t>，代表</w:t>
      </w:r>
      <w:r w:rsidR="005D5503">
        <w:t xml:space="preserve"> </w:t>
      </w:r>
      <w:proofErr w:type="spellStart"/>
      <w:r w:rsidR="005D5503">
        <w:t>永久记住本次选择，以后不再弹出这个窗口</w:t>
      </w:r>
      <w:proofErr w:type="spellEnd"/>
      <w:r w:rsidR="005D5503">
        <w:t>。</w:t>
      </w:r>
      <w:proofErr w:type="gramStart"/>
      <w:r w:rsidR="005D5503">
        <w:rPr>
          <w:rFonts w:hint="eastAsia"/>
          <w:lang w:eastAsia="zh-CN"/>
        </w:rPr>
        <w:t>然后</w:t>
      </w:r>
      <w:r w:rsidR="000B024E">
        <w:rPr>
          <w:rFonts w:hint="eastAsia"/>
          <w:lang w:eastAsia="zh-CN"/>
        </w:rPr>
        <w:t>点击“</w:t>
      </w:r>
      <w:proofErr w:type="gramEnd"/>
      <w:r w:rsidR="000B024E">
        <w:rPr>
          <w:rFonts w:hint="eastAsia"/>
          <w:lang w:eastAsia="zh-CN"/>
        </w:rPr>
        <w:t>Select”</w:t>
      </w:r>
      <w:bookmarkEnd w:id="2"/>
      <w:r w:rsidR="005D5503">
        <w:rPr>
          <w:rFonts w:hint="eastAsia"/>
          <w:lang w:eastAsia="zh-CN"/>
        </w:rPr>
        <w:t>。</w:t>
      </w:r>
    </w:p>
    <w:p w14:paraId="36AA8E3C" w14:textId="4724D987" w:rsidR="000B024E" w:rsidRDefault="000B024E">
      <w:r>
        <w:rPr>
          <w:rFonts w:hint="eastAsia"/>
          <w:lang w:eastAsia="zh-CN"/>
        </w:rPr>
        <w:t>弹出</w:t>
      </w:r>
      <w:proofErr w:type="spellStart"/>
      <w:r w:rsidR="00000000">
        <w:t>登录窗口，按提示登录GitHub账号（可能要求使用浏览器授权或Personal</w:t>
      </w:r>
      <w:proofErr w:type="spellEnd"/>
      <w:r w:rsidR="00000000">
        <w:t xml:space="preserve"> Access </w:t>
      </w:r>
      <w:proofErr w:type="spellStart"/>
      <w:r w:rsidR="00000000">
        <w:t>Token，按提示完成</w:t>
      </w:r>
      <w:proofErr w:type="spellEnd"/>
      <w:r w:rsidR="00000000">
        <w:t>）。</w:t>
      </w:r>
    </w:p>
    <w:p w14:paraId="25AF9604" w14:textId="77777777" w:rsidR="004C6F9D" w:rsidRDefault="00000000">
      <w:pPr>
        <w:rPr>
          <w:lang w:eastAsia="zh-CN"/>
        </w:rPr>
      </w:pPr>
      <w:r>
        <w:rPr>
          <w:lang w:eastAsia="zh-CN"/>
        </w:rPr>
        <w:lastRenderedPageBreak/>
        <w:t>推送成功后刷新GitHub页面，你的hello.txt和提交记录已经出现在云端。</w:t>
      </w:r>
    </w:p>
    <w:p w14:paraId="5C1AD5B8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验证练习：修改hello.txt，add、commit、push，然后在GitHub网页上观察新提交出现。这就是"本地提交+远程备份"的完整循环。</w:t>
      </w:r>
    </w:p>
    <w:p w14:paraId="0C85CB83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三、Gitee增补指南（无法使用GitHub的同学）</w:t>
      </w:r>
      <w:proofErr w:type="spellStart"/>
      <w:r>
        <w:rPr>
          <w:rFonts w:ascii="黑体" w:eastAsia="黑体" w:hAnsi="黑体"/>
          <w:color w:val="1F497D"/>
          <w:sz w:val="28"/>
          <w:lang w:eastAsia="zh-CN"/>
        </w:rPr>
      </w:r>
      <w:proofErr w:type="spellEnd"/>
      <w:r>
        <w:rPr>
          <w:rFonts w:ascii="黑体" w:eastAsia="黑体" w:hAnsi="黑体"/>
          <w:color w:val="1F497D"/>
          <w:sz w:val="28"/>
          <w:lang w:eastAsia="zh-CN"/>
        </w:rPr>
      </w:r>
    </w:p>
    <w:p w14:paraId="03DD2800" w14:textId="77777777" w:rsidR="004C6F9D" w:rsidRDefault="00000000">
      <w:proofErr w:type="spellStart"/>
      <w:r>
        <w:t>以下操作与GitHub完全等价</w:t>
      </w:r>
      <w:proofErr w:type="spellEnd"/>
      <w:r>
        <w:t>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3402"/>
      </w:tblGrid>
      <w:tr w:rsidR="004C6F9D" w14:paraId="40A44FE1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543F72" w14:textId="77777777" w:rsidR="004C6F9D" w:rsidRDefault="00000000">
            <w:r>
              <w:rPr>
                <w:sz w:val="20"/>
              </w:rPr>
              <w:t>步骤</w:t>
            </w:r>
          </w:p>
        </w:tc>
        <w:tc>
          <w:tcPr>
            <w:tcW w:w="3402" w:type="dxa"/>
          </w:tcPr>
          <w:p w14:paraId="7912E22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GitHub</w:t>
            </w:r>
          </w:p>
        </w:tc>
        <w:tc>
          <w:tcPr>
            <w:tcW w:w="3402" w:type="dxa"/>
          </w:tcPr>
          <w:p w14:paraId="647A3DDE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Gitee</w:t>
            </w:r>
          </w:p>
        </w:tc>
      </w:tr>
      <w:tr w:rsidR="004C6F9D" w14:paraId="4BB70FF2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A994998" w14:textId="77777777" w:rsidR="004C6F9D" w:rsidRDefault="00000000">
            <w:r>
              <w:rPr>
                <w:sz w:val="20"/>
              </w:rPr>
              <w:t>注册</w:t>
            </w:r>
          </w:p>
        </w:tc>
        <w:tc>
          <w:tcPr>
            <w:tcW w:w="3402" w:type="dxa"/>
          </w:tcPr>
          <w:p w14:paraId="65A94AC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github.com</w:t>
            </w:r>
          </w:p>
        </w:tc>
        <w:tc>
          <w:tcPr>
            <w:tcW w:w="3402" w:type="dxa"/>
          </w:tcPr>
          <w:p w14:paraId="2AA65FD4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gitee.com</w:t>
            </w:r>
          </w:p>
        </w:tc>
      </w:tr>
      <w:tr w:rsidR="004C6F9D" w14:paraId="202CFE4E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EB9F24" w14:textId="77777777" w:rsidR="004C6F9D" w:rsidRDefault="00000000">
            <w:r>
              <w:rPr>
                <w:sz w:val="20"/>
              </w:rPr>
              <w:t>建仓库</w:t>
            </w:r>
          </w:p>
        </w:tc>
        <w:tc>
          <w:tcPr>
            <w:tcW w:w="3402" w:type="dxa"/>
          </w:tcPr>
          <w:p w14:paraId="1244F4F5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New repository</w:t>
            </w:r>
          </w:p>
        </w:tc>
        <w:tc>
          <w:tcPr>
            <w:tcW w:w="3402" w:type="dxa"/>
          </w:tcPr>
          <w:p w14:paraId="7A761C6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右上角加号→新建仓库</w:t>
            </w:r>
          </w:p>
        </w:tc>
      </w:tr>
      <w:tr w:rsidR="004C6F9D" w14:paraId="1C360D38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24AA1C" w14:textId="77777777" w:rsidR="004C6F9D" w:rsidRDefault="00000000">
            <w:proofErr w:type="spellStart"/>
            <w:r>
              <w:rPr>
                <w:sz w:val="20"/>
              </w:rPr>
              <w:t>仓库地址</w:t>
            </w:r>
            <w:proofErr w:type="spellEnd"/>
          </w:p>
        </w:tc>
        <w:tc>
          <w:tcPr>
            <w:tcW w:w="3402" w:type="dxa"/>
          </w:tcPr>
          <w:p w14:paraId="0E9EE1B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https://github.com/用户名/仓库名.git</w:t>
            </w:r>
          </w:p>
        </w:tc>
        <w:tc>
          <w:tcPr>
            <w:tcW w:w="3402" w:type="dxa"/>
          </w:tcPr>
          <w:p w14:paraId="004618E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https://gitee.com/用户名/仓库名.git</w:t>
            </w:r>
          </w:p>
        </w:tc>
      </w:tr>
      <w:tr w:rsidR="004C6F9D" w14:paraId="4433EFF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A5D2C4" w14:textId="77777777" w:rsidR="004C6F9D" w:rsidRDefault="00000000">
            <w:r>
              <w:rPr>
                <w:sz w:val="20"/>
              </w:rPr>
              <w:t>推送</w:t>
            </w:r>
          </w:p>
        </w:tc>
        <w:tc>
          <w:tcPr>
            <w:tcW w:w="3402" w:type="dxa"/>
          </w:tcPr>
          <w:p w14:paraId="5493A4F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git remote add origin … 后 git push -u origin master</w:t>
            </w:r>
          </w:p>
        </w:tc>
        <w:tc>
          <w:tcPr>
            <w:tcW w:w="3402" w:type="dxa"/>
          </w:tcPr>
          <w:p w14:paraId="3F2D3415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完全相同；注意Gitee默认分支名可能是master</w:t>
            </w:r>
          </w:p>
        </w:tc>
      </w:tr>
    </w:tbl>
    <w:p w14:paraId="178A4EAC" w14:textId="77777777" w:rsidR="004C6F9D" w:rsidRDefault="00000000">
      <w:r>
        <w:rPr>
          <w:b/>
        </w:rPr>
        <w:t>分支名注意：Git新版本默认分支叫 main，旧版本和部分平台默认 master。用 git branch 查看当前分支名，推送时保持与之一致。如果远程默认分支是master而本地是main，可用 git branch -M main 或 git branch -M master 统一（-M表示重命名当前分支）。</w:t>
      </w:r>
    </w:p>
    <w:p w14:paraId="2FF8D1D6" w14:textId="77777777" w:rsidR="004C6F9D" w:rsidRDefault="00000000">
      <w:pPr>
        <w:rPr>
          <w:lang w:eastAsia="zh-CN"/>
        </w:rPr>
      </w:pPr>
      <w:r>
        <w:rPr>
          <w:lang w:eastAsia="zh-CN"/>
        </w:rPr>
        <w:t xml:space="preserve">日常免密：重复输入密码很烦。Windows装Git时自带的Git Credential Manager会自动记住凭据；macOS可用 git config --global </w:t>
      </w:r>
      <w:proofErr w:type="spellStart"/>
      <w:r>
        <w:rPr>
          <w:lang w:eastAsia="zh-CN"/>
        </w:rPr>
        <w:t>credential.helper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osxkeychain</w:t>
      </w:r>
      <w:proofErr w:type="spellEnd"/>
      <w:r>
        <w:rPr>
          <w:lang w:eastAsia="zh-CN"/>
        </w:rPr>
        <w:t>。</w:t>
      </w:r>
    </w:p>
    <w:p w14:paraId="7796BECE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四、</w:t>
      </w:r>
      <w:proofErr w:type="gramStart"/>
      <w:r>
        <w:rPr>
          <w:rFonts w:ascii="黑体" w:eastAsia="黑体" w:hAnsi="黑体"/>
          <w:color w:val="1F497D"/>
          <w:sz w:val="28"/>
          <w:lang w:eastAsia="zh-CN"/>
        </w:rPr>
        <w:t>安全红</w:t>
      </w:r>
      <w:proofErr w:type="gramEnd"/>
      <w:r>
        <w:rPr>
          <w:rFonts w:ascii="黑体" w:eastAsia="黑体" w:hAnsi="黑体"/>
          <w:color w:val="1F497D"/>
          <w:sz w:val="28"/>
          <w:lang w:eastAsia="zh-CN"/>
        </w:rPr>
        <w:t>线</w:t>
      </w:r>
    </w:p>
    <w:p w14:paraId="6D22CA49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绝不把密码、令牌、身份证号等敏感信息提交到仓库。一旦提交，即使删除也会留在历史里。</w:t>
      </w:r>
    </w:p>
    <w:p w14:paraId="6AB7509F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仓库里使用他人图片、代码时，在页面或README注明来源。</w:t>
      </w:r>
    </w:p>
    <w:p w14:paraId="159CD894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个人信息页中的联系方式自己把握分寸，课堂作品不需要真实精确的隐私信息。</w:t>
      </w:r>
    </w:p>
    <w:p w14:paraId="3D2D600F" w14:textId="77777777" w:rsidR="004C6F9D" w:rsidRDefault="004C6F9D">
      <w:pPr>
        <w:rPr>
          <w:lang w:eastAsia="zh-CN"/>
        </w:rPr>
      </w:pPr>
    </w:p>
    <w:p w14:paraId="10CB056E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第五部分 HTML基础</w:t>
      </w:r>
    </w:p>
    <w:p w14:paraId="579C089A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一、三种语言各管什么</w:t>
      </w:r>
    </w:p>
    <w:p w14:paraId="1802EC44" w14:textId="77777777" w:rsidR="004C6F9D" w:rsidRDefault="00000000">
      <w:pPr>
        <w:rPr>
          <w:lang w:eastAsia="zh-CN"/>
        </w:rPr>
      </w:pPr>
      <w:r>
        <w:rPr>
          <w:lang w:eastAsia="zh-CN"/>
        </w:rPr>
        <w:t>一个网页由三种语言分工完成，本次课只学HTML：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3402"/>
      </w:tblGrid>
      <w:tr w:rsidR="004C6F9D" w14:paraId="18C5197F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32EAAE5" w14:textId="77777777" w:rsidR="004C6F9D" w:rsidRDefault="00000000">
            <w:proofErr w:type="spellStart"/>
            <w:r>
              <w:rPr>
                <w:sz w:val="20"/>
              </w:rPr>
              <w:t>语言</w:t>
            </w:r>
            <w:proofErr w:type="spellEnd"/>
          </w:p>
        </w:tc>
        <w:tc>
          <w:tcPr>
            <w:tcW w:w="3402" w:type="dxa"/>
          </w:tcPr>
          <w:p w14:paraId="705EE3E3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职责</w:t>
            </w:r>
          </w:p>
        </w:tc>
        <w:tc>
          <w:tcPr>
            <w:tcW w:w="3402" w:type="dxa"/>
          </w:tcPr>
          <w:p w14:paraId="03596D5C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类比</w:t>
            </w:r>
          </w:p>
        </w:tc>
      </w:tr>
      <w:tr w:rsidR="004C6F9D" w14:paraId="22F31B2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6FE404" w14:textId="77777777" w:rsidR="004C6F9D" w:rsidRDefault="00000000">
            <w:r>
              <w:rPr>
                <w:sz w:val="20"/>
              </w:rPr>
              <w:t>HTML</w:t>
            </w:r>
          </w:p>
        </w:tc>
        <w:tc>
          <w:tcPr>
            <w:tcW w:w="3402" w:type="dxa"/>
          </w:tcPr>
          <w:p w14:paraId="4B8B673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结构与内容：这里有一个标题，那里有一段文字、一张图</w:t>
            </w:r>
          </w:p>
        </w:tc>
        <w:tc>
          <w:tcPr>
            <w:tcW w:w="3402" w:type="dxa"/>
          </w:tcPr>
          <w:p w14:paraId="3E0362D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t>房子的骨架和房间</w:t>
            </w:r>
            <w:proofErr w:type="spellEnd"/>
          </w:p>
        </w:tc>
      </w:tr>
      <w:tr w:rsidR="004C6F9D" w14:paraId="54D8B05E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366AE71" w14:textId="77777777" w:rsidR="004C6F9D" w:rsidRDefault="00000000">
            <w:r>
              <w:rPr>
                <w:sz w:val="20"/>
              </w:rPr>
              <w:t>CSS</w:t>
            </w:r>
          </w:p>
        </w:tc>
        <w:tc>
          <w:tcPr>
            <w:tcW w:w="3402" w:type="dxa"/>
          </w:tcPr>
          <w:p w14:paraId="753F131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外观与布局：颜色、字体、间距、</w:t>
            </w:r>
            <w:r>
              <w:rPr>
                <w:sz w:val="20"/>
                <w:lang w:eastAsia="zh-CN"/>
              </w:rPr>
              <w:lastRenderedPageBreak/>
              <w:t>排版</w:t>
            </w:r>
          </w:p>
        </w:tc>
        <w:tc>
          <w:tcPr>
            <w:tcW w:w="3402" w:type="dxa"/>
          </w:tcPr>
          <w:p w14:paraId="0FCD5F9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lastRenderedPageBreak/>
              <w:t>装修</w:t>
            </w:r>
            <w:proofErr w:type="spellEnd"/>
          </w:p>
        </w:tc>
      </w:tr>
      <w:tr w:rsidR="004C6F9D" w14:paraId="3A69D637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7F2ECCE" w14:textId="77777777" w:rsidR="004C6F9D" w:rsidRDefault="00000000">
            <w:r>
              <w:rPr>
                <w:sz w:val="20"/>
              </w:rPr>
              <w:t>JavaScript</w:t>
            </w:r>
          </w:p>
        </w:tc>
        <w:tc>
          <w:tcPr>
            <w:tcW w:w="3402" w:type="dxa"/>
          </w:tcPr>
          <w:p w14:paraId="5D73487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行为与交互：点击按钮发生什么</w:t>
            </w:r>
          </w:p>
        </w:tc>
        <w:tc>
          <w:tcPr>
            <w:tcW w:w="3402" w:type="dxa"/>
          </w:tcPr>
          <w:p w14:paraId="2AAFEED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t>水电和智能设备</w:t>
            </w:r>
            <w:proofErr w:type="spellEnd"/>
          </w:p>
        </w:tc>
      </w:tr>
    </w:tbl>
    <w:p w14:paraId="094BD35A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二、第一个页面</w:t>
      </w:r>
    </w:p>
    <w:p w14:paraId="3CF7CF3B" w14:textId="77777777" w:rsidR="004C6F9D" w:rsidRDefault="00000000">
      <w:r>
        <w:t>在git-practice目录下（或新建一个项目目录）用编辑器创建 index.html，逐行输入以下内容（不要复制粘贴）：</w:t>
      </w:r>
    </w:p>
    <w:p w14:paraId="09D5D25E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&lt;!DOCTYPE html&gt;</w:t>
      </w:r>
    </w:p>
    <w:p w14:paraId="6AF4220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&lt;html lang="zh-CN"&gt;</w:t>
      </w:r>
    </w:p>
    <w:p w14:paraId="32C999F8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&lt;head&gt;</w:t>
      </w:r>
    </w:p>
    <w:p w14:paraId="7B2480A7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&lt;meta charset="UTF-8"&gt;</w:t>
      </w:r>
    </w:p>
    <w:p w14:paraId="4268846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&lt;meta name="viewport" content="width=device-width, initial-scale=1.0"&gt;</w:t>
      </w:r>
    </w:p>
    <w:p w14:paraId="3EAC0F1A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&lt;title&gt;</w:t>
      </w:r>
      <w:r>
        <w:rPr>
          <w:rFonts w:ascii="Consolas" w:hAnsi="Consolas"/>
          <w:color w:val="006600"/>
          <w:sz w:val="20"/>
        </w:rPr>
        <w:t>我的第一个页面</w:t>
      </w:r>
      <w:r>
        <w:rPr>
          <w:rFonts w:ascii="Consolas" w:hAnsi="Consolas"/>
          <w:color w:val="006600"/>
          <w:sz w:val="20"/>
        </w:rPr>
        <w:t>&lt;/title&gt;</w:t>
      </w:r>
    </w:p>
    <w:p w14:paraId="69CC2E50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&lt;/head&gt;</w:t>
      </w:r>
    </w:p>
    <w:p w14:paraId="5919930B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&lt;body&gt;</w:t>
      </w:r>
    </w:p>
    <w:p w14:paraId="452B00FC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&lt;h1&gt;</w:t>
      </w:r>
      <w:r>
        <w:rPr>
          <w:rFonts w:ascii="Consolas" w:hAnsi="Consolas"/>
          <w:color w:val="006600"/>
          <w:sz w:val="20"/>
        </w:rPr>
        <w:t>你好，世界</w:t>
      </w:r>
      <w:r>
        <w:rPr>
          <w:rFonts w:ascii="Consolas" w:hAnsi="Consolas"/>
          <w:color w:val="006600"/>
          <w:sz w:val="20"/>
        </w:rPr>
        <w:t>&lt;/h1&gt;</w:t>
      </w:r>
    </w:p>
    <w:p w14:paraId="1DD1A448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&lt;p&gt;</w:t>
      </w:r>
      <w:r>
        <w:rPr>
          <w:rFonts w:ascii="Consolas" w:hAnsi="Consolas"/>
          <w:color w:val="006600"/>
          <w:sz w:val="20"/>
        </w:rPr>
        <w:t>这是我的第一个</w:t>
      </w:r>
      <w:r>
        <w:rPr>
          <w:rFonts w:ascii="Consolas" w:hAnsi="Consolas"/>
          <w:color w:val="006600"/>
          <w:sz w:val="20"/>
        </w:rPr>
        <w:t>HTML</w:t>
      </w:r>
      <w:r>
        <w:rPr>
          <w:rFonts w:ascii="Consolas" w:hAnsi="Consolas"/>
          <w:color w:val="006600"/>
          <w:sz w:val="20"/>
        </w:rPr>
        <w:t>页面。</w:t>
      </w:r>
      <w:r>
        <w:rPr>
          <w:rFonts w:ascii="Consolas" w:hAnsi="Consolas"/>
          <w:color w:val="006600"/>
          <w:sz w:val="20"/>
        </w:rPr>
        <w:t>&lt;/p&gt;</w:t>
      </w:r>
    </w:p>
    <w:p w14:paraId="0E9824BE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&lt;/body&gt;</w:t>
      </w:r>
    </w:p>
    <w:p w14:paraId="7DC6448B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&lt;/html&gt;</w:t>
      </w:r>
    </w:p>
    <w:p w14:paraId="3A407930" w14:textId="77777777" w:rsidR="004C6F9D" w:rsidRDefault="00000000">
      <w:pPr>
        <w:rPr>
          <w:lang w:eastAsia="zh-CN"/>
        </w:rPr>
      </w:pPr>
      <w:proofErr w:type="spellStart"/>
      <w:r>
        <w:t>保存后，用Chrome直接双击打开（或拖入浏览器窗口</w:t>
      </w:r>
      <w:proofErr w:type="spellEnd"/>
      <w:r>
        <w:t>）。</w:t>
      </w:r>
      <w:r>
        <w:rPr>
          <w:lang w:eastAsia="zh-CN"/>
        </w:rPr>
        <w:t>你会看到加粗的大标题和一段文字。</w:t>
      </w:r>
    </w:p>
    <w:p w14:paraId="56760778" w14:textId="77777777" w:rsidR="004C6F9D" w:rsidRDefault="00000000">
      <w:proofErr w:type="spellStart"/>
      <w:r>
        <w:t>逐行理解骨架</w:t>
      </w:r>
      <w:proofErr w:type="spellEnd"/>
      <w:r>
        <w:t>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4535"/>
      </w:tblGrid>
      <w:tr w:rsidR="004C6F9D" w14:paraId="01D5C875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909690E" w14:textId="77777777" w:rsidR="004C6F9D" w:rsidRDefault="00000000">
            <w:r>
              <w:rPr>
                <w:sz w:val="20"/>
              </w:rPr>
              <w:t>代码</w:t>
            </w:r>
          </w:p>
        </w:tc>
        <w:tc>
          <w:tcPr>
            <w:tcW w:w="4535" w:type="dxa"/>
          </w:tcPr>
          <w:p w14:paraId="490FE520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作用</w:t>
            </w:r>
          </w:p>
        </w:tc>
      </w:tr>
      <w:tr w:rsidR="004C6F9D" w14:paraId="5E3DE501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177DD17" w14:textId="77777777" w:rsidR="004C6F9D" w:rsidRDefault="00000000">
            <w:r>
              <w:rPr>
                <w:sz w:val="20"/>
              </w:rPr>
              <w:t>&lt;!DOCTYPE html&gt;</w:t>
            </w:r>
          </w:p>
        </w:tc>
        <w:tc>
          <w:tcPr>
            <w:tcW w:w="4535" w:type="dxa"/>
          </w:tcPr>
          <w:p w14:paraId="6E6971C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声明这是HTML5文档，必须是第一行</w:t>
            </w:r>
          </w:p>
        </w:tc>
      </w:tr>
      <w:tr w:rsidR="004C6F9D" w14:paraId="6D73A2F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78733C1" w14:textId="77777777" w:rsidR="004C6F9D" w:rsidRDefault="00000000">
            <w:r>
              <w:rPr>
                <w:sz w:val="20"/>
              </w:rPr>
              <w:t>&lt;html lang="</w:t>
            </w:r>
            <w:proofErr w:type="spellStart"/>
            <w:r>
              <w:rPr>
                <w:sz w:val="20"/>
              </w:rPr>
              <w:t>zh</w:t>
            </w:r>
            <w:proofErr w:type="spellEnd"/>
            <w:r>
              <w:rPr>
                <w:sz w:val="20"/>
              </w:rPr>
              <w:t>-CN"&gt;</w:t>
            </w:r>
          </w:p>
        </w:tc>
        <w:tc>
          <w:tcPr>
            <w:tcW w:w="4535" w:type="dxa"/>
          </w:tcPr>
          <w:p w14:paraId="68D9252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根元素，lang声明内容语言</w:t>
            </w:r>
          </w:p>
        </w:tc>
      </w:tr>
      <w:tr w:rsidR="004C6F9D" w14:paraId="609954B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8407883" w14:textId="77777777" w:rsidR="004C6F9D" w:rsidRDefault="00000000">
            <w:r>
              <w:rPr>
                <w:sz w:val="20"/>
              </w:rPr>
              <w:t>&lt;head&gt;</w:t>
            </w:r>
          </w:p>
        </w:tc>
        <w:tc>
          <w:tcPr>
            <w:tcW w:w="4535" w:type="dxa"/>
          </w:tcPr>
          <w:p w14:paraId="2C5C00D9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给浏览器看的配置信息，不显示在页面上</w:t>
            </w:r>
          </w:p>
        </w:tc>
      </w:tr>
      <w:tr w:rsidR="004C6F9D" w14:paraId="6C40C9FD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5536F5B" w14:textId="77777777" w:rsidR="004C6F9D" w:rsidRDefault="00000000">
            <w:r>
              <w:rPr>
                <w:sz w:val="20"/>
              </w:rPr>
              <w:t>&lt;meta charset="UTF-8"&gt;</w:t>
            </w:r>
          </w:p>
        </w:tc>
        <w:tc>
          <w:tcPr>
            <w:tcW w:w="4535" w:type="dxa"/>
          </w:tcPr>
          <w:p w14:paraId="1CE3DA77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字符编码。没有它，中文会变成乱码——这是中文页面必写项</w:t>
            </w:r>
          </w:p>
        </w:tc>
      </w:tr>
      <w:tr w:rsidR="004C6F9D" w14:paraId="0552F23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C91E90C" w14:textId="77777777" w:rsidR="004C6F9D" w:rsidRDefault="00000000">
            <w:r>
              <w:rPr>
                <w:sz w:val="20"/>
              </w:rPr>
              <w:t>&lt;meta name="viewport" ...&gt;</w:t>
            </w:r>
          </w:p>
        </w:tc>
        <w:tc>
          <w:tcPr>
            <w:tcW w:w="4535" w:type="dxa"/>
          </w:tcPr>
          <w:p w14:paraId="54A627D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视口设置，让手机上正常缩放显示</w:t>
            </w:r>
          </w:p>
        </w:tc>
      </w:tr>
      <w:tr w:rsidR="004C6F9D" w14:paraId="33AC222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A240286" w14:textId="77777777" w:rsidR="004C6F9D" w:rsidRDefault="00000000">
            <w:r>
              <w:rPr>
                <w:sz w:val="20"/>
              </w:rPr>
              <w:t>&lt;title&gt;</w:t>
            </w:r>
          </w:p>
        </w:tc>
        <w:tc>
          <w:tcPr>
            <w:tcW w:w="4535" w:type="dxa"/>
          </w:tcPr>
          <w:p w14:paraId="3281ABE4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浏览器标签页上显示的标题</w:t>
            </w:r>
          </w:p>
        </w:tc>
      </w:tr>
      <w:tr w:rsidR="004C6F9D" w14:paraId="7C6241F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DA7AB61" w14:textId="77777777" w:rsidR="004C6F9D" w:rsidRDefault="00000000">
            <w:r>
              <w:rPr>
                <w:sz w:val="20"/>
              </w:rPr>
              <w:t>&lt;body&gt;</w:t>
            </w:r>
          </w:p>
        </w:tc>
        <w:tc>
          <w:tcPr>
            <w:tcW w:w="4535" w:type="dxa"/>
          </w:tcPr>
          <w:p w14:paraId="5466875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页面正文，用户看到的一切都在这里</w:t>
            </w:r>
          </w:p>
        </w:tc>
      </w:tr>
    </w:tbl>
    <w:p w14:paraId="608946CB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为什么文件叫 index.html：这是Web约定的入口文件名。浏览器访问一个目录时</w:t>
      </w:r>
      <w:proofErr w:type="gramStart"/>
      <w:r>
        <w:rPr>
          <w:b/>
          <w:lang w:eastAsia="zh-CN"/>
        </w:rPr>
        <w:t>默认找</w:t>
      </w:r>
      <w:proofErr w:type="gramEnd"/>
      <w:r>
        <w:rPr>
          <w:b/>
          <w:lang w:eastAsia="zh-CN"/>
        </w:rPr>
        <w:t>index.html。本课程每个项目都以index.html为入口。</w:t>
      </w:r>
    </w:p>
    <w:p w14:paraId="0D6DBE14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三、元素、标签、属性和嵌套</w:t>
      </w:r>
    </w:p>
    <w:p w14:paraId="4621C10F" w14:textId="77777777" w:rsidR="004C6F9D" w:rsidRDefault="00000000">
      <w:proofErr w:type="spellStart"/>
      <w:r>
        <w:t>HTML的核心概念只有四个</w:t>
      </w:r>
      <w:proofErr w:type="spellEnd"/>
      <w:r>
        <w:t>：</w:t>
      </w:r>
    </w:p>
    <w:p w14:paraId="17F83458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&lt;a href="https://www.yunnan.edu.cn" target="_blank"&gt;</w:t>
      </w:r>
      <w:r>
        <w:rPr>
          <w:rFonts w:ascii="Consolas" w:hAnsi="Consolas"/>
          <w:color w:val="006600"/>
          <w:sz w:val="20"/>
        </w:rPr>
        <w:t>云南大学</w:t>
      </w:r>
      <w:r>
        <w:rPr>
          <w:rFonts w:ascii="Consolas" w:hAnsi="Consolas"/>
          <w:color w:val="006600"/>
          <w:sz w:val="20"/>
        </w:rPr>
        <w:t>&lt;/a&gt;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020"/>
        <w:gridCol w:w="1814"/>
        <w:gridCol w:w="5102"/>
      </w:tblGrid>
      <w:tr w:rsidR="004C6F9D" w14:paraId="41BA8785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</w:tcPr>
          <w:p w14:paraId="27FCC9EB" w14:textId="77777777" w:rsidR="004C6F9D" w:rsidRDefault="00000000">
            <w:r>
              <w:rPr>
                <w:sz w:val="20"/>
              </w:rPr>
              <w:t>概念</w:t>
            </w:r>
          </w:p>
        </w:tc>
        <w:tc>
          <w:tcPr>
            <w:tcW w:w="1814" w:type="dxa"/>
          </w:tcPr>
          <w:p w14:paraId="27DB0DD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上例中对应</w:t>
            </w:r>
          </w:p>
        </w:tc>
        <w:tc>
          <w:tcPr>
            <w:tcW w:w="5102" w:type="dxa"/>
          </w:tcPr>
          <w:p w14:paraId="19ADF5C7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说明</w:t>
            </w:r>
          </w:p>
        </w:tc>
      </w:tr>
      <w:tr w:rsidR="004C6F9D" w14:paraId="4B3E0238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</w:tcPr>
          <w:p w14:paraId="2BEDC3F2" w14:textId="77777777" w:rsidR="004C6F9D" w:rsidRDefault="00000000">
            <w:r>
              <w:rPr>
                <w:sz w:val="20"/>
              </w:rPr>
              <w:t>标签</w:t>
            </w:r>
          </w:p>
        </w:tc>
        <w:tc>
          <w:tcPr>
            <w:tcW w:w="1814" w:type="dxa"/>
          </w:tcPr>
          <w:p w14:paraId="5B82F174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a</w:t>
            </w:r>
          </w:p>
        </w:tc>
        <w:tc>
          <w:tcPr>
            <w:tcW w:w="5102" w:type="dxa"/>
          </w:tcPr>
          <w:p w14:paraId="4975E77A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尖括号里的名字，通常成对出现</w:t>
            </w:r>
          </w:p>
        </w:tc>
      </w:tr>
      <w:tr w:rsidR="004C6F9D" w14:paraId="4F2DB872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</w:tcPr>
          <w:p w14:paraId="24E80273" w14:textId="77777777" w:rsidR="004C6F9D" w:rsidRDefault="00000000">
            <w:proofErr w:type="spellStart"/>
            <w:r>
              <w:rPr>
                <w:sz w:val="20"/>
              </w:rPr>
              <w:t>元素</w:t>
            </w:r>
            <w:proofErr w:type="spellEnd"/>
          </w:p>
        </w:tc>
        <w:tc>
          <w:tcPr>
            <w:tcW w:w="1814" w:type="dxa"/>
          </w:tcPr>
          <w:p w14:paraId="73B2C307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整行</w:t>
            </w:r>
          </w:p>
        </w:tc>
        <w:tc>
          <w:tcPr>
            <w:tcW w:w="5102" w:type="dxa"/>
          </w:tcPr>
          <w:p w14:paraId="2BF0C7C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开始标签+内容+结束标签构成一个完整元素</w:t>
            </w:r>
          </w:p>
        </w:tc>
      </w:tr>
      <w:tr w:rsidR="004C6F9D" w14:paraId="4DB34377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</w:tcPr>
          <w:p w14:paraId="2809D75D" w14:textId="77777777" w:rsidR="004C6F9D" w:rsidRDefault="00000000">
            <w:proofErr w:type="spellStart"/>
            <w:r>
              <w:rPr>
                <w:sz w:val="20"/>
              </w:rPr>
              <w:t>属性</w:t>
            </w:r>
            <w:proofErr w:type="spellEnd"/>
          </w:p>
        </w:tc>
        <w:tc>
          <w:tcPr>
            <w:tcW w:w="1814" w:type="dxa"/>
          </w:tcPr>
          <w:p w14:paraId="1C97DE7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href、target</w:t>
            </w:r>
          </w:p>
        </w:tc>
        <w:tc>
          <w:tcPr>
            <w:tcW w:w="5102" w:type="dxa"/>
          </w:tcPr>
          <w:p w14:paraId="093EEA6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写在开始标签里，格式：属性名="值"</w:t>
            </w:r>
          </w:p>
        </w:tc>
      </w:tr>
      <w:tr w:rsidR="004C6F9D" w14:paraId="3AE7AF14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</w:tcPr>
          <w:p w14:paraId="71300218" w14:textId="77777777" w:rsidR="004C6F9D" w:rsidRDefault="00000000">
            <w:proofErr w:type="spellStart"/>
            <w:r>
              <w:rPr>
                <w:sz w:val="20"/>
              </w:rPr>
              <w:t>嵌套</w:t>
            </w:r>
            <w:proofErr w:type="spellEnd"/>
          </w:p>
        </w:tc>
        <w:tc>
          <w:tcPr>
            <w:tcW w:w="1814" w:type="dxa"/>
          </w:tcPr>
          <w:p w14:paraId="59CD5910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元素包含元素</w:t>
            </w:r>
          </w:p>
        </w:tc>
        <w:tc>
          <w:tcPr>
            <w:tcW w:w="5102" w:type="dxa"/>
          </w:tcPr>
          <w:p w14:paraId="35DEAEE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如li必须在</w:t>
            </w:r>
            <w:proofErr w:type="spellStart"/>
            <w:r>
              <w:rPr>
                <w:sz w:val="20"/>
                <w:lang w:eastAsia="zh-CN"/>
              </w:rPr>
              <w:t>ul</w:t>
            </w:r>
            <w:proofErr w:type="spellEnd"/>
            <w:r>
              <w:rPr>
                <w:sz w:val="20"/>
                <w:lang w:eastAsia="zh-CN"/>
              </w:rPr>
              <w:t>内部</w:t>
            </w:r>
          </w:p>
        </w:tc>
      </w:tr>
    </w:tbl>
    <w:p w14:paraId="653454BA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lastRenderedPageBreak/>
        <w:t>规则自查：属性</w:t>
      </w:r>
      <w:proofErr w:type="gramStart"/>
      <w:r>
        <w:rPr>
          <w:b/>
          <w:lang w:eastAsia="zh-CN"/>
        </w:rPr>
        <w:t>值必须</w:t>
      </w:r>
      <w:proofErr w:type="gramEnd"/>
      <w:r>
        <w:rPr>
          <w:b/>
          <w:lang w:eastAsia="zh-CN"/>
        </w:rPr>
        <w:t>用引号包住；结束标签别忘了斜杠；嵌套不能交叉，&lt;p&gt;一段&lt;b&gt;文字&lt;/p&gt;&lt;/b&gt; 是错的，&lt;p&gt;一段&lt;b&gt;文字&lt;/b&gt;&lt;/p&gt; 才对。</w:t>
      </w:r>
    </w:p>
    <w:p w14:paraId="23A341D5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四、常用元素速</w:t>
      </w:r>
      <w:proofErr w:type="gramStart"/>
      <w:r>
        <w:rPr>
          <w:rFonts w:ascii="黑体" w:eastAsia="黑体" w:hAnsi="黑体"/>
          <w:color w:val="1F497D"/>
          <w:sz w:val="28"/>
          <w:lang w:eastAsia="zh-CN"/>
        </w:rPr>
        <w:t>览</w:t>
      </w:r>
      <w:proofErr w:type="gramEnd"/>
    </w:p>
    <w:p w14:paraId="49214F30" w14:textId="77777777" w:rsidR="004C6F9D" w:rsidRDefault="00000000">
      <w:pPr>
        <w:rPr>
          <w:lang w:eastAsia="zh-CN"/>
        </w:rPr>
      </w:pPr>
      <w:r>
        <w:rPr>
          <w:lang w:eastAsia="zh-CN"/>
        </w:rPr>
        <w:t>跟着每一小节，在index.html的body里逐个试一遍，保存刷新观察效果（古法编程：先预测效果再刷新验证）。</w:t>
      </w:r>
    </w:p>
    <w:p w14:paraId="1DE7B0DE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标题 h1至h6</w:t>
      </w:r>
    </w:p>
    <w:p w14:paraId="5C78F29D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&lt;h1&gt;</w:t>
      </w:r>
      <w:r>
        <w:rPr>
          <w:rFonts w:ascii="Consolas" w:hAnsi="Consolas"/>
          <w:color w:val="006600"/>
          <w:sz w:val="20"/>
          <w:lang w:eastAsia="zh-CN"/>
        </w:rPr>
        <w:t>一级标题</w:t>
      </w:r>
      <w:r>
        <w:rPr>
          <w:rFonts w:ascii="Consolas" w:hAnsi="Consolas"/>
          <w:color w:val="006600"/>
          <w:sz w:val="20"/>
          <w:lang w:eastAsia="zh-CN"/>
        </w:rPr>
        <w:t>&lt;/h1&gt;</w:t>
      </w:r>
    </w:p>
    <w:p w14:paraId="2700533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二级标题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528456B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&lt;h3&gt;</w:t>
      </w:r>
      <w:r>
        <w:rPr>
          <w:rFonts w:ascii="Consolas" w:hAnsi="Consolas"/>
          <w:color w:val="006600"/>
          <w:sz w:val="20"/>
          <w:lang w:eastAsia="zh-CN"/>
        </w:rPr>
        <w:t>三级标题</w:t>
      </w:r>
      <w:r>
        <w:rPr>
          <w:rFonts w:ascii="Consolas" w:hAnsi="Consolas"/>
          <w:color w:val="006600"/>
          <w:sz w:val="20"/>
          <w:lang w:eastAsia="zh-CN"/>
        </w:rPr>
        <w:t>&lt;/h3&gt;</w:t>
      </w:r>
    </w:p>
    <w:p w14:paraId="39FEA09D" w14:textId="77777777" w:rsidR="004C6F9D" w:rsidRDefault="00000000">
      <w:pPr>
        <w:rPr>
          <w:lang w:eastAsia="zh-CN"/>
        </w:rPr>
      </w:pPr>
      <w:r>
        <w:rPr>
          <w:lang w:eastAsia="zh-CN"/>
        </w:rPr>
        <w:t>h1最大最重要，一个页面通常只用一个h1。预测：h4、h5、h6会越来越小。</w:t>
      </w:r>
    </w:p>
    <w:p w14:paraId="7864787B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段落、换行与水平线</w:t>
      </w:r>
    </w:p>
    <w:p w14:paraId="416EF188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&lt;p&gt;</w:t>
      </w:r>
      <w:r>
        <w:rPr>
          <w:rFonts w:ascii="Consolas" w:hAnsi="Consolas"/>
          <w:color w:val="006600"/>
          <w:sz w:val="20"/>
          <w:lang w:eastAsia="zh-CN"/>
        </w:rPr>
        <w:t>这是一个段落。浏览器会在段落之间自动留出间距。</w:t>
      </w:r>
      <w:r>
        <w:rPr>
          <w:rFonts w:ascii="Consolas" w:hAnsi="Consolas"/>
          <w:color w:val="006600"/>
          <w:sz w:val="20"/>
          <w:lang w:eastAsia="zh-CN"/>
        </w:rPr>
        <w:t>&lt;/p&gt;</w:t>
      </w:r>
    </w:p>
    <w:p w14:paraId="5834C925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&lt;p&gt;</w:t>
      </w:r>
      <w:r>
        <w:rPr>
          <w:rFonts w:ascii="Consolas" w:hAnsi="Consolas"/>
          <w:color w:val="006600"/>
          <w:sz w:val="20"/>
          <w:lang w:eastAsia="zh-CN"/>
        </w:rPr>
        <w:t>这是另一个段落。</w:t>
      </w:r>
      <w:r>
        <w:rPr>
          <w:rFonts w:ascii="Consolas" w:hAnsi="Consolas"/>
          <w:color w:val="006600"/>
          <w:sz w:val="20"/>
          <w:lang w:eastAsia="zh-CN"/>
        </w:rPr>
        <w:t>&lt;/p&gt;</w:t>
      </w:r>
    </w:p>
    <w:p w14:paraId="7C15690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&lt;p&gt;</w:t>
      </w:r>
      <w:r>
        <w:rPr>
          <w:rFonts w:ascii="Consolas" w:hAnsi="Consolas"/>
          <w:color w:val="006600"/>
          <w:sz w:val="20"/>
          <w:lang w:eastAsia="zh-CN"/>
        </w:rPr>
        <w:t>行内换行用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br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标签，</w:t>
      </w: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br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  <w:r>
        <w:rPr>
          <w:rFonts w:ascii="Consolas" w:hAnsi="Consolas"/>
          <w:color w:val="006600"/>
          <w:sz w:val="20"/>
          <w:lang w:eastAsia="zh-CN"/>
        </w:rPr>
        <w:t>后面的文字到下一行。</w:t>
      </w:r>
      <w:r>
        <w:rPr>
          <w:rFonts w:ascii="Consolas" w:hAnsi="Consolas"/>
          <w:color w:val="006600"/>
          <w:sz w:val="20"/>
          <w:lang w:eastAsia="zh-CN"/>
        </w:rPr>
        <w:t>&lt;/p&gt;</w:t>
      </w:r>
    </w:p>
    <w:p w14:paraId="5C6A4006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hr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73271F56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&lt;p&gt;</w:t>
      </w:r>
      <w:r>
        <w:rPr>
          <w:rFonts w:ascii="Consolas" w:hAnsi="Consolas"/>
          <w:color w:val="006600"/>
          <w:sz w:val="20"/>
          <w:lang w:eastAsia="zh-CN"/>
        </w:rPr>
        <w:t>上面那条线是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hr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画的水平分割线。</w:t>
      </w:r>
      <w:r>
        <w:rPr>
          <w:rFonts w:ascii="Consolas" w:hAnsi="Consolas"/>
          <w:color w:val="006600"/>
          <w:sz w:val="20"/>
          <w:lang w:eastAsia="zh-CN"/>
        </w:rPr>
        <w:t>&lt;/p&gt;</w:t>
      </w:r>
    </w:p>
    <w:p w14:paraId="3EEA1B6E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列表</w:t>
      </w:r>
    </w:p>
    <w:p w14:paraId="362B2819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我的爱好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30AE1875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ul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21ECFE06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打篮球</w:t>
      </w:r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1BD9E487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看电影</w:t>
      </w:r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1120D94D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写代码</w:t>
      </w:r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343D12AD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&lt;/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ul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26023710" w14:textId="77777777" w:rsidR="004C6F9D" w:rsidRDefault="004C6F9D">
      <w:pPr>
        <w:ind w:left="720"/>
        <w:rPr>
          <w:lang w:eastAsia="zh-CN"/>
        </w:rPr>
      </w:pPr>
    </w:p>
    <w:p w14:paraId="3E072DD7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本周计划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34766075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ol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3C5F29B1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  <w:lang w:eastAsia="zh-CN"/>
        </w:rPr>
        <w:t xml:space="preserve">  </w:t>
      </w:r>
      <w:r>
        <w:rPr>
          <w:rFonts w:ascii="Consolas" w:hAnsi="Consolas"/>
          <w:color w:val="006600"/>
          <w:sz w:val="20"/>
        </w:rPr>
        <w:t>&lt;li&gt;</w:t>
      </w:r>
      <w:proofErr w:type="spellStart"/>
      <w:r>
        <w:rPr>
          <w:rFonts w:ascii="Consolas" w:hAnsi="Consolas"/>
          <w:color w:val="006600"/>
          <w:sz w:val="20"/>
        </w:rPr>
        <w:t>完成</w:t>
      </w:r>
      <w:r>
        <w:rPr>
          <w:rFonts w:ascii="Consolas" w:hAnsi="Consolas"/>
          <w:color w:val="006600"/>
          <w:sz w:val="20"/>
        </w:rPr>
        <w:t>Git</w:t>
      </w:r>
      <w:r>
        <w:rPr>
          <w:rFonts w:ascii="Consolas" w:hAnsi="Consolas"/>
          <w:color w:val="006600"/>
          <w:sz w:val="20"/>
        </w:rPr>
        <w:t>练习</w:t>
      </w:r>
      <w:proofErr w:type="spellEnd"/>
      <w:r>
        <w:rPr>
          <w:rFonts w:ascii="Consolas" w:hAnsi="Consolas"/>
          <w:color w:val="006600"/>
          <w:sz w:val="20"/>
        </w:rPr>
        <w:t>&lt;/li&gt;</w:t>
      </w:r>
    </w:p>
    <w:p w14:paraId="29CF4631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&lt;li&gt;</w:t>
      </w:r>
      <w:r>
        <w:rPr>
          <w:rFonts w:ascii="Consolas" w:hAnsi="Consolas"/>
          <w:color w:val="006600"/>
          <w:sz w:val="20"/>
        </w:rPr>
        <w:t>完成</w:t>
      </w:r>
      <w:r>
        <w:rPr>
          <w:rFonts w:ascii="Consolas" w:hAnsi="Consolas"/>
          <w:color w:val="006600"/>
          <w:sz w:val="20"/>
        </w:rPr>
        <w:t>HTML</w:t>
      </w:r>
      <w:r>
        <w:rPr>
          <w:rFonts w:ascii="Consolas" w:hAnsi="Consolas"/>
          <w:color w:val="006600"/>
          <w:sz w:val="20"/>
        </w:rPr>
        <w:t>练习</w:t>
      </w:r>
      <w:r>
        <w:rPr>
          <w:rFonts w:ascii="Consolas" w:hAnsi="Consolas"/>
          <w:color w:val="006600"/>
          <w:sz w:val="20"/>
        </w:rPr>
        <w:t>&lt;/li&gt;</w:t>
      </w:r>
    </w:p>
    <w:p w14:paraId="0FC485F1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&lt;li&gt;</w:t>
      </w:r>
      <w:r>
        <w:rPr>
          <w:rFonts w:ascii="Consolas" w:hAnsi="Consolas"/>
          <w:color w:val="006600"/>
          <w:sz w:val="20"/>
        </w:rPr>
        <w:t>预习</w:t>
      </w:r>
      <w:r>
        <w:rPr>
          <w:rFonts w:ascii="Consolas" w:hAnsi="Consolas"/>
          <w:color w:val="006600"/>
          <w:sz w:val="20"/>
        </w:rPr>
        <w:t>CSS&lt;/li&gt;</w:t>
      </w:r>
    </w:p>
    <w:p w14:paraId="0153349D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&lt;/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ol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70161824" w14:textId="77777777" w:rsidR="004C6F9D" w:rsidRDefault="00000000">
      <w:pPr>
        <w:rPr>
          <w:lang w:eastAsia="zh-CN"/>
        </w:rPr>
      </w:pPr>
      <w:proofErr w:type="spellStart"/>
      <w:r>
        <w:rPr>
          <w:lang w:eastAsia="zh-CN"/>
        </w:rPr>
        <w:t>ul</w:t>
      </w:r>
      <w:proofErr w:type="spellEnd"/>
      <w:r>
        <w:rPr>
          <w:lang w:eastAsia="zh-CN"/>
        </w:rPr>
        <w:t>是无序列表（圆点），</w:t>
      </w:r>
      <w:proofErr w:type="spellStart"/>
      <w:r>
        <w:rPr>
          <w:lang w:eastAsia="zh-CN"/>
        </w:rPr>
        <w:t>ol</w:t>
      </w:r>
      <w:proofErr w:type="spellEnd"/>
      <w:r>
        <w:rPr>
          <w:lang w:eastAsia="zh-CN"/>
        </w:rPr>
        <w:t>是有序列表（数字）。li是列表项，只能放在</w:t>
      </w:r>
      <w:proofErr w:type="spellStart"/>
      <w:r>
        <w:rPr>
          <w:lang w:eastAsia="zh-CN"/>
        </w:rPr>
        <w:t>ul</w:t>
      </w:r>
      <w:proofErr w:type="spellEnd"/>
      <w:r>
        <w:rPr>
          <w:lang w:eastAsia="zh-CN"/>
        </w:rPr>
        <w:t>或</w:t>
      </w:r>
      <w:proofErr w:type="spellStart"/>
      <w:r>
        <w:rPr>
          <w:lang w:eastAsia="zh-CN"/>
        </w:rPr>
        <w:t>ol</w:t>
      </w:r>
      <w:proofErr w:type="spellEnd"/>
      <w:r>
        <w:rPr>
          <w:lang w:eastAsia="zh-CN"/>
        </w:rPr>
        <w:t>内部——这是嵌套规则的典型例子。</w:t>
      </w:r>
    </w:p>
    <w:p w14:paraId="1AA90442" w14:textId="77777777" w:rsidR="004C6F9D" w:rsidRDefault="00000000">
      <w:proofErr w:type="spellStart"/>
      <w:r>
        <w:rPr>
          <w:b/>
        </w:rPr>
        <w:t>链接</w:t>
      </w:r>
      <w:proofErr w:type="spellEnd"/>
    </w:p>
    <w:p w14:paraId="61151BA3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&lt;a href="https://www.runoob.com/html/html-tutorial.html"&gt;</w:t>
      </w:r>
      <w:r>
        <w:rPr>
          <w:rFonts w:ascii="Consolas" w:hAnsi="Consolas"/>
          <w:color w:val="006600"/>
          <w:sz w:val="20"/>
        </w:rPr>
        <w:t>菜鸟教程</w:t>
      </w:r>
      <w:r>
        <w:rPr>
          <w:rFonts w:ascii="Consolas" w:hAnsi="Consolas"/>
          <w:color w:val="006600"/>
          <w:sz w:val="20"/>
        </w:rPr>
        <w:t>HTML</w:t>
      </w:r>
      <w:r>
        <w:rPr>
          <w:rFonts w:ascii="Consolas" w:hAnsi="Consolas"/>
          <w:color w:val="006600"/>
          <w:sz w:val="20"/>
        </w:rPr>
        <w:t>教程</w:t>
      </w:r>
      <w:r>
        <w:rPr>
          <w:rFonts w:ascii="Consolas" w:hAnsi="Consolas"/>
          <w:color w:val="006600"/>
          <w:sz w:val="20"/>
        </w:rPr>
        <w:t>&lt;/a&gt;</w:t>
      </w:r>
    </w:p>
    <w:p w14:paraId="01D216E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&lt;a href="page2.html"&gt;</w:t>
      </w:r>
      <w:r>
        <w:rPr>
          <w:rFonts w:ascii="Consolas" w:hAnsi="Consolas"/>
          <w:color w:val="006600"/>
          <w:sz w:val="20"/>
        </w:rPr>
        <w:t>站内另一个页面</w:t>
      </w:r>
      <w:r>
        <w:rPr>
          <w:rFonts w:ascii="Consolas" w:hAnsi="Consolas"/>
          <w:color w:val="006600"/>
          <w:sz w:val="20"/>
        </w:rPr>
        <w:t>&lt;/a&gt;</w:t>
      </w:r>
    </w:p>
    <w:p w14:paraId="73C4875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&lt;a href="mailto:someone@example.com"&gt;</w:t>
      </w:r>
      <w:r>
        <w:rPr>
          <w:rFonts w:ascii="Consolas" w:hAnsi="Consolas"/>
          <w:color w:val="006600"/>
          <w:sz w:val="20"/>
        </w:rPr>
        <w:t>发邮件给我</w:t>
      </w:r>
      <w:r>
        <w:rPr>
          <w:rFonts w:ascii="Consolas" w:hAnsi="Consolas"/>
          <w:color w:val="006600"/>
          <w:sz w:val="20"/>
        </w:rPr>
        <w:t>&lt;/a&gt;</w:t>
      </w:r>
    </w:p>
    <w:p w14:paraId="5588C0AA" w14:textId="77777777" w:rsidR="004C6F9D" w:rsidRDefault="00000000">
      <w:r>
        <w:lastRenderedPageBreak/>
        <w:t>属性说明：href是目标地址；加上 target="_blank" 会在新标签页打开。链接是Web的灵魂，Berners-Lee发明Web的核心就是超链接。</w:t>
      </w:r>
    </w:p>
    <w:p w14:paraId="7A54232E" w14:textId="77777777" w:rsidR="004C6F9D" w:rsidRDefault="00000000">
      <w:r>
        <w:rPr>
          <w:b/>
        </w:rPr>
        <w:t>图片</w:t>
      </w:r>
    </w:p>
    <w:p w14:paraId="08D68B5C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&lt;img src="images/photo.jpg" alt="</w:t>
      </w:r>
      <w:r>
        <w:rPr>
          <w:rFonts w:ascii="Consolas" w:hAnsi="Consolas"/>
          <w:color w:val="006600"/>
          <w:sz w:val="20"/>
        </w:rPr>
        <w:t>我的照片</w:t>
      </w:r>
      <w:r>
        <w:rPr>
          <w:rFonts w:ascii="Consolas" w:hAnsi="Consolas"/>
          <w:color w:val="006600"/>
          <w:sz w:val="20"/>
        </w:rPr>
        <w:t>"&gt;</w:t>
      </w:r>
    </w:p>
    <w:p w14:paraId="29ACEE6A" w14:textId="77777777" w:rsidR="004C6F9D" w:rsidRDefault="00000000">
      <w:pPr>
        <w:rPr>
          <w:lang w:eastAsia="zh-CN"/>
        </w:rPr>
      </w:pPr>
      <w:proofErr w:type="spellStart"/>
      <w:r>
        <w:rPr>
          <w:lang w:eastAsia="zh-CN"/>
        </w:rPr>
        <w:t>img</w:t>
      </w:r>
      <w:proofErr w:type="spellEnd"/>
      <w:r>
        <w:rPr>
          <w:lang w:eastAsia="zh-CN"/>
        </w:rPr>
        <w:t>是自闭合元素（没有结束标签）。</w:t>
      </w:r>
      <w:proofErr w:type="spellStart"/>
      <w:r>
        <w:rPr>
          <w:lang w:eastAsia="zh-CN"/>
        </w:rPr>
        <w:t>src</w:t>
      </w:r>
      <w:proofErr w:type="spellEnd"/>
      <w:r>
        <w:rPr>
          <w:lang w:eastAsia="zh-CN"/>
        </w:rPr>
        <w:t>是图片路径，alt是图片无法显示时的替代文字（也是给屏幕阅读器的无障碍描述）。规范上alt必写。</w:t>
      </w:r>
    </w:p>
    <w:p w14:paraId="6A430F81" w14:textId="77777777" w:rsidR="004C6F9D" w:rsidRDefault="00000000">
      <w:pPr>
        <w:rPr>
          <w:lang w:eastAsia="zh-CN"/>
        </w:rPr>
      </w:pPr>
      <w:proofErr w:type="gramStart"/>
      <w:r>
        <w:rPr>
          <w:b/>
          <w:lang w:eastAsia="zh-CN"/>
        </w:rPr>
        <w:t>块级与</w:t>
      </w:r>
      <w:proofErr w:type="gramEnd"/>
      <w:r>
        <w:rPr>
          <w:b/>
          <w:lang w:eastAsia="zh-CN"/>
        </w:rPr>
        <w:t>行内</w:t>
      </w:r>
    </w:p>
    <w:p w14:paraId="29B6AE24" w14:textId="77777777" w:rsidR="004C6F9D" w:rsidRDefault="00000000">
      <w:pPr>
        <w:rPr>
          <w:lang w:eastAsia="zh-CN"/>
        </w:rPr>
      </w:pPr>
      <w:r>
        <w:rPr>
          <w:lang w:eastAsia="zh-CN"/>
        </w:rPr>
        <w:t>试一试就会发现：p、h1、</w:t>
      </w:r>
      <w:proofErr w:type="spellStart"/>
      <w:r>
        <w:rPr>
          <w:lang w:eastAsia="zh-CN"/>
        </w:rPr>
        <w:t>ul</w:t>
      </w:r>
      <w:proofErr w:type="spellEnd"/>
      <w:r>
        <w:rPr>
          <w:lang w:eastAsia="zh-CN"/>
        </w:rPr>
        <w:t>自己独占一行；a、</w:t>
      </w:r>
      <w:proofErr w:type="spellStart"/>
      <w:r>
        <w:rPr>
          <w:lang w:eastAsia="zh-CN"/>
        </w:rPr>
        <w:t>img</w:t>
      </w:r>
      <w:proofErr w:type="spellEnd"/>
      <w:r>
        <w:rPr>
          <w:lang w:eastAsia="zh-CN"/>
        </w:rPr>
        <w:t>、</w:t>
      </w:r>
      <w:proofErr w:type="spellStart"/>
      <w:r>
        <w:rPr>
          <w:lang w:eastAsia="zh-CN"/>
        </w:rPr>
        <w:t>br</w:t>
      </w:r>
      <w:proofErr w:type="spellEnd"/>
      <w:r>
        <w:rPr>
          <w:lang w:eastAsia="zh-CN"/>
        </w:rPr>
        <w:t>待在文字行内随文流动。这</w:t>
      </w:r>
      <w:proofErr w:type="gramStart"/>
      <w:r>
        <w:rPr>
          <w:lang w:eastAsia="zh-CN"/>
        </w:rPr>
        <w:t>就是块级元素</w:t>
      </w:r>
      <w:proofErr w:type="gramEnd"/>
      <w:r>
        <w:rPr>
          <w:lang w:eastAsia="zh-CN"/>
        </w:rPr>
        <w:t>与行内元素的区别，下次课CSS布局时它会成为核心概念。</w:t>
      </w:r>
    </w:p>
    <w:p w14:paraId="60437298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五、路径：本课最容易翻车的地方</w:t>
      </w:r>
    </w:p>
    <w:p w14:paraId="1690110E" w14:textId="77777777" w:rsidR="004C6F9D" w:rsidRDefault="00000000">
      <w:pPr>
        <w:rPr>
          <w:lang w:eastAsia="zh-CN"/>
        </w:rPr>
      </w:pPr>
      <w:r>
        <w:rPr>
          <w:lang w:eastAsia="zh-CN"/>
        </w:rPr>
        <w:t>页面里引用图片、另一个页面时，必须写路径。规则只有两条：</w:t>
      </w:r>
    </w:p>
    <w:p w14:paraId="2FEB05C7" w14:textId="77777777" w:rsidR="004C6F9D" w:rsidRDefault="00000000">
      <w:pPr>
        <w:rPr>
          <w:lang w:eastAsia="zh-CN"/>
        </w:rPr>
      </w:pPr>
      <w:r>
        <w:rPr>
          <w:lang w:eastAsia="zh-CN"/>
        </w:rPr>
        <w:t>相对路径：从当前文件</w:t>
      </w:r>
      <w:proofErr w:type="gramStart"/>
      <w:r>
        <w:rPr>
          <w:lang w:eastAsia="zh-CN"/>
        </w:rPr>
        <w:t>出发找</w:t>
      </w:r>
      <w:proofErr w:type="gramEnd"/>
      <w:r>
        <w:rPr>
          <w:lang w:eastAsia="zh-CN"/>
        </w:rPr>
        <w:t>目标。</w:t>
      </w:r>
    </w:p>
    <w:p w14:paraId="664965E7" w14:textId="77777777" w:rsidR="004C6F9D" w:rsidRDefault="00000000">
      <w:pPr>
        <w:spacing w:after="0" w:line="240" w:lineRule="auto"/>
        <w:ind w:left="720"/>
      </w:pPr>
      <w:proofErr w:type="spellStart"/>
      <w:r>
        <w:rPr>
          <w:rFonts w:ascii="Consolas" w:hAnsi="Consolas"/>
          <w:color w:val="006600"/>
          <w:sz w:val="20"/>
        </w:rPr>
        <w:t>项目目录</w:t>
      </w:r>
      <w:proofErr w:type="spellEnd"/>
      <w:r>
        <w:rPr>
          <w:rFonts w:ascii="Consolas" w:hAnsi="Consolas"/>
          <w:color w:val="006600"/>
          <w:sz w:val="20"/>
        </w:rPr>
        <w:t>/</w:t>
      </w:r>
    </w:p>
    <w:p w14:paraId="28D73B1E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├── index.html</w:t>
      </w:r>
    </w:p>
    <w:p w14:paraId="6403AC7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├── page2.html</w:t>
      </w:r>
    </w:p>
    <w:p w14:paraId="7BFC1E67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├── images/</w:t>
      </w:r>
    </w:p>
    <w:p w14:paraId="1227591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│   └── photo.jpg</w:t>
      </w:r>
    </w:p>
    <w:p w14:paraId="0A90C090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└── docs/</w:t>
      </w:r>
    </w:p>
    <w:p w14:paraId="6E38108D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  └── intro.html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2835"/>
      </w:tblGrid>
      <w:tr w:rsidR="004C6F9D" w14:paraId="6B40A88B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DFF2EC" w14:textId="77777777" w:rsidR="004C6F9D" w:rsidRDefault="00000000">
            <w:r>
              <w:rPr>
                <w:sz w:val="20"/>
              </w:rPr>
              <w:t>引用场景</w:t>
            </w:r>
          </w:p>
        </w:tc>
        <w:tc>
          <w:tcPr>
            <w:tcW w:w="2835" w:type="dxa"/>
          </w:tcPr>
          <w:p w14:paraId="657731C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写法</w:t>
            </w:r>
          </w:p>
        </w:tc>
        <w:tc>
          <w:tcPr>
            <w:tcW w:w="2835" w:type="dxa"/>
          </w:tcPr>
          <w:p w14:paraId="28BCBA37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含义</w:t>
            </w:r>
          </w:p>
        </w:tc>
      </w:tr>
      <w:tr w:rsidR="004C6F9D" w14:paraId="054A8DC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8ED129" w14:textId="77777777" w:rsidR="004C6F9D" w:rsidRDefault="00000000">
            <w:r>
              <w:rPr>
                <w:sz w:val="20"/>
              </w:rPr>
              <w:t>index.html引用photo.jpg</w:t>
            </w:r>
          </w:p>
        </w:tc>
        <w:tc>
          <w:tcPr>
            <w:tcW w:w="2835" w:type="dxa"/>
          </w:tcPr>
          <w:p w14:paraId="43FAE4B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images/photo.jpg</w:t>
            </w:r>
          </w:p>
        </w:tc>
        <w:tc>
          <w:tcPr>
            <w:tcW w:w="2835" w:type="dxa"/>
          </w:tcPr>
          <w:p w14:paraId="0B24292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进入images文件夹找文件</w:t>
            </w:r>
          </w:p>
        </w:tc>
      </w:tr>
      <w:tr w:rsidR="004C6F9D" w14:paraId="45EA3F16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82D4337" w14:textId="77777777" w:rsidR="004C6F9D" w:rsidRDefault="00000000">
            <w:r>
              <w:rPr>
                <w:sz w:val="20"/>
              </w:rPr>
              <w:t>index.html引用intro.html</w:t>
            </w:r>
          </w:p>
        </w:tc>
        <w:tc>
          <w:tcPr>
            <w:tcW w:w="2835" w:type="dxa"/>
          </w:tcPr>
          <w:p w14:paraId="1B785280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docs/intro.html</w:t>
            </w:r>
          </w:p>
        </w:tc>
        <w:tc>
          <w:tcPr>
            <w:tcW w:w="2835" w:type="dxa"/>
          </w:tcPr>
          <w:p w14:paraId="7201B0D8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同上</w:t>
            </w:r>
          </w:p>
        </w:tc>
      </w:tr>
      <w:tr w:rsidR="004C6F9D" w14:paraId="66631092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6830921" w14:textId="77777777" w:rsidR="004C6F9D" w:rsidRDefault="00000000">
            <w:r>
              <w:rPr>
                <w:sz w:val="20"/>
              </w:rPr>
              <w:t>intro.html引用photo.jpg</w:t>
            </w:r>
          </w:p>
        </w:tc>
        <w:tc>
          <w:tcPr>
            <w:tcW w:w="2835" w:type="dxa"/>
          </w:tcPr>
          <w:p w14:paraId="2C022489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../images/photo.jpg</w:t>
            </w:r>
          </w:p>
        </w:tc>
        <w:tc>
          <w:tcPr>
            <w:tcW w:w="2835" w:type="dxa"/>
          </w:tcPr>
          <w:p w14:paraId="694064A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..表示回到上一级，再进入images</w:t>
            </w:r>
          </w:p>
        </w:tc>
      </w:tr>
    </w:tbl>
    <w:p w14:paraId="017F9513" w14:textId="77777777" w:rsidR="004C6F9D" w:rsidRDefault="00000000">
      <w:r>
        <w:t>绝对路径示例：https://example.com/images/photo.jpg（完整网址）或 C:\Users\你\照片.jpg（本地盘符路径）。</w:t>
      </w:r>
    </w:p>
    <w:p w14:paraId="168699D3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红线：网页中绝不要写本地盘符绝对路径。你的页面在自己电脑上正常，换任何一台电脑（包括教师验收的电脑）图片全部失效。</w:t>
      </w:r>
    </w:p>
    <w:p w14:paraId="44C7F5AA" w14:textId="77777777" w:rsidR="004C6F9D" w:rsidRDefault="00000000">
      <w:pPr>
        <w:rPr>
          <w:lang w:eastAsia="zh-CN"/>
        </w:rPr>
      </w:pPr>
      <w:r>
        <w:rPr>
          <w:lang w:eastAsia="zh-CN"/>
        </w:rPr>
        <w:t>常见翻车点：文件名大小写不一致（photo.JPG与photo.jpg是两个名字）；多套</w:t>
      </w:r>
      <w:proofErr w:type="gramStart"/>
      <w:r>
        <w:rPr>
          <w:lang w:eastAsia="zh-CN"/>
        </w:rPr>
        <w:t>或少套一层</w:t>
      </w:r>
      <w:proofErr w:type="gramEnd"/>
      <w:r>
        <w:rPr>
          <w:lang w:eastAsia="zh-CN"/>
        </w:rPr>
        <w:t>目录；中文文件名在不同系统出现编码问题。建议：本课程所有文件名使用小写英文和数字，用连字符分隔，如 my-photo.jpg。</w:t>
      </w:r>
    </w:p>
    <w:p w14:paraId="46286113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lastRenderedPageBreak/>
        <w:t>六、浏览器开发</w:t>
      </w:r>
      <w:proofErr w:type="gramStart"/>
      <w:r>
        <w:rPr>
          <w:rFonts w:ascii="黑体" w:eastAsia="黑体" w:hAnsi="黑体"/>
          <w:color w:val="1F497D"/>
          <w:sz w:val="28"/>
          <w:lang w:eastAsia="zh-CN"/>
        </w:rPr>
        <w:t>者工具</w:t>
      </w:r>
      <w:proofErr w:type="gramEnd"/>
      <w:r>
        <w:rPr>
          <w:rFonts w:ascii="黑体" w:eastAsia="黑体" w:hAnsi="黑体"/>
          <w:color w:val="1F497D"/>
          <w:sz w:val="28"/>
          <w:lang w:eastAsia="zh-CN"/>
        </w:rPr>
        <w:t>初步</w:t>
      </w:r>
    </w:p>
    <w:p w14:paraId="1620DDB0" w14:textId="77777777" w:rsidR="004C6F9D" w:rsidRDefault="00000000">
      <w:r>
        <w:t>按F12（macOS：Command+Option+I）打开开发者工具，本次课掌握三个面板：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819"/>
      </w:tblGrid>
      <w:tr w:rsidR="004C6F9D" w14:paraId="5B02BAE3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5E55CDE" w14:textId="77777777" w:rsidR="004C6F9D" w:rsidRDefault="00000000">
            <w:r>
              <w:rPr>
                <w:sz w:val="20"/>
              </w:rPr>
              <w:t>面板</w:t>
            </w:r>
          </w:p>
        </w:tc>
        <w:tc>
          <w:tcPr>
            <w:tcW w:w="1701" w:type="dxa"/>
          </w:tcPr>
          <w:p w14:paraId="4B285F67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用途</w:t>
            </w:r>
          </w:p>
        </w:tc>
        <w:tc>
          <w:tcPr>
            <w:tcW w:w="4819" w:type="dxa"/>
          </w:tcPr>
          <w:p w14:paraId="66E0D971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本课用法</w:t>
            </w:r>
          </w:p>
        </w:tc>
      </w:tr>
      <w:tr w:rsidR="004C6F9D" w14:paraId="0EA385A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2C87374" w14:textId="77777777" w:rsidR="004C6F9D" w:rsidRDefault="00000000">
            <w:r>
              <w:rPr>
                <w:sz w:val="20"/>
              </w:rPr>
              <w:t>Elements（元素）</w:t>
            </w:r>
          </w:p>
        </w:tc>
        <w:tc>
          <w:tcPr>
            <w:tcW w:w="1701" w:type="dxa"/>
          </w:tcPr>
          <w:p w14:paraId="2F01EC94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查看和实时修改页面结构</w:t>
            </w:r>
          </w:p>
        </w:tc>
        <w:tc>
          <w:tcPr>
            <w:tcW w:w="4819" w:type="dxa"/>
          </w:tcPr>
          <w:p w14:paraId="77DDAF8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选中任</w:t>
            </w:r>
            <w:proofErr w:type="gramStart"/>
            <w:r>
              <w:rPr>
                <w:sz w:val="20"/>
                <w:lang w:eastAsia="zh-CN"/>
              </w:rPr>
              <w:t>一</w:t>
            </w:r>
            <w:proofErr w:type="gramEnd"/>
            <w:r>
              <w:rPr>
                <w:sz w:val="20"/>
                <w:lang w:eastAsia="zh-CN"/>
              </w:rPr>
              <w:t>元素，看它的标签结构；双击文字可临时修改</w:t>
            </w:r>
          </w:p>
        </w:tc>
      </w:tr>
      <w:tr w:rsidR="004C6F9D" w14:paraId="3B34750E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24AB607" w14:textId="77777777" w:rsidR="004C6F9D" w:rsidRDefault="00000000">
            <w:proofErr w:type="spellStart"/>
            <w:r>
              <w:rPr>
                <w:sz w:val="20"/>
              </w:rPr>
              <w:t>Console（控制台</w:t>
            </w:r>
            <w:proofErr w:type="spellEnd"/>
            <w:r>
              <w:rPr>
                <w:sz w:val="20"/>
              </w:rPr>
              <w:t>）</w:t>
            </w:r>
          </w:p>
        </w:tc>
        <w:tc>
          <w:tcPr>
            <w:tcW w:w="1701" w:type="dxa"/>
          </w:tcPr>
          <w:p w14:paraId="7735EF0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查看报错和输出信息</w:t>
            </w:r>
          </w:p>
        </w:tc>
        <w:tc>
          <w:tcPr>
            <w:tcW w:w="4819" w:type="dxa"/>
          </w:tcPr>
          <w:p w14:paraId="6B1FBA2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页面有错时这里会显示红色错误</w:t>
            </w:r>
          </w:p>
        </w:tc>
      </w:tr>
      <w:tr w:rsidR="004C6F9D" w14:paraId="1666515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67B77AB" w14:textId="77777777" w:rsidR="004C6F9D" w:rsidRDefault="00000000">
            <w:proofErr w:type="spellStart"/>
            <w:r>
              <w:rPr>
                <w:sz w:val="20"/>
              </w:rPr>
              <w:t>Network（网络</w:t>
            </w:r>
            <w:proofErr w:type="spellEnd"/>
            <w:r>
              <w:rPr>
                <w:sz w:val="20"/>
              </w:rPr>
              <w:t>）</w:t>
            </w:r>
          </w:p>
        </w:tc>
        <w:tc>
          <w:tcPr>
            <w:tcW w:w="1701" w:type="dxa"/>
          </w:tcPr>
          <w:p w14:paraId="29AAD64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查看每个资源的加载情况</w:t>
            </w:r>
          </w:p>
        </w:tc>
        <w:tc>
          <w:tcPr>
            <w:tcW w:w="4819" w:type="dxa"/>
          </w:tcPr>
          <w:p w14:paraId="19EC397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图片404时在这里一眼看到红色条目</w:t>
            </w:r>
          </w:p>
        </w:tc>
      </w:tr>
    </w:tbl>
    <w:p w14:paraId="6E4C5EA2" w14:textId="77777777" w:rsidR="004C6F9D" w:rsidRDefault="00000000">
      <w:pPr>
        <w:rPr>
          <w:lang w:eastAsia="zh-CN"/>
        </w:rPr>
      </w:pPr>
      <w:r>
        <w:rPr>
          <w:lang w:eastAsia="zh-CN"/>
        </w:rPr>
        <w:t>实时修改不会保存到文件，刷新就恢复——所以它是安全的"试验台"。</w:t>
      </w:r>
    </w:p>
    <w:p w14:paraId="02D764BE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排查图片不显示的标准流程（记住这个流程，实践中救急）：</w:t>
      </w:r>
    </w:p>
    <w:p w14:paraId="1C40721E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Network面板刷新页面。</w:t>
      </w:r>
    </w:p>
    <w:p w14:paraId="6F669901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找到红色的图片请求，看状态码：404表示路径找不到。</w:t>
      </w:r>
    </w:p>
    <w:p w14:paraId="4E089D5E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检查</w:t>
      </w:r>
      <w:proofErr w:type="spellStart"/>
      <w:r>
        <w:rPr>
          <w:sz w:val="22"/>
          <w:lang w:eastAsia="zh-CN"/>
        </w:rPr>
        <w:t>src</w:t>
      </w:r>
      <w:proofErr w:type="spellEnd"/>
      <w:r>
        <w:rPr>
          <w:sz w:val="22"/>
          <w:lang w:eastAsia="zh-CN"/>
        </w:rPr>
        <w:t>路径与实际文件位置、大小写是否一致。</w:t>
      </w:r>
    </w:p>
    <w:p w14:paraId="3B8A0F77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4. 修正后刷新验证。</w:t>
      </w:r>
    </w:p>
    <w:p w14:paraId="3A802CC9" w14:textId="77777777" w:rsidR="004C6F9D" w:rsidRDefault="004C6F9D">
      <w:pPr>
        <w:rPr>
          <w:lang w:eastAsia="zh-CN"/>
        </w:rPr>
      </w:pPr>
    </w:p>
    <w:p w14:paraId="6242EBB7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第六部分 课堂案例复现：个人主页v1</w:t>
      </w:r>
    </w:p>
    <w:p w14:paraId="3C59BD5F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本部分为必须完成的复现任务。按指南分步完成即可，无需自行设计。</w:t>
      </w:r>
    </w:p>
    <w:p w14:paraId="59C2C2F2" w14:textId="77777777" w:rsidR="004C6F9D" w:rsidRDefault="00000000">
      <w:pPr>
        <w:rPr>
          <w:lang w:eastAsia="zh-CN"/>
        </w:rPr>
      </w:pPr>
      <w:r>
        <w:rPr>
          <w:lang w:eastAsia="zh-CN"/>
        </w:rPr>
        <w:t>案例目标：完成"个人主页v1"。案例分三步，每步一次提交，正好形成规范提交历史。</w:t>
      </w:r>
    </w:p>
    <w:p w14:paraId="1FBDAB29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第一步：建项目并搭骨架（第1次提交）</w:t>
      </w:r>
    </w:p>
    <w:p w14:paraId="4A5C174A" w14:textId="77777777" w:rsidR="004C6F9D" w:rsidRDefault="00000000">
      <w:r>
        <w:t>在frontend-practice仓库中新建文件夹homepage，内部创建index.html：</w:t>
      </w:r>
    </w:p>
    <w:p w14:paraId="49F65217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&lt;!DOCTYPE html&gt;</w:t>
      </w:r>
    </w:p>
    <w:p w14:paraId="09B81EE4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&lt;html lang="zh-CN"&gt;</w:t>
      </w:r>
    </w:p>
    <w:p w14:paraId="7785BED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&lt;head&gt;</w:t>
      </w:r>
    </w:p>
    <w:p w14:paraId="60F6DF7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&lt;meta charset="UTF-8"&gt;</w:t>
      </w:r>
    </w:p>
    <w:p w14:paraId="79E7122B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&lt;meta name="viewport" content="width=device-width, initial-scale=1.0"&gt;</w:t>
      </w:r>
    </w:p>
    <w:p w14:paraId="30B1023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&lt;title&gt;</w:t>
      </w:r>
      <w:r>
        <w:rPr>
          <w:rFonts w:ascii="Consolas" w:hAnsi="Consolas"/>
          <w:color w:val="006600"/>
          <w:sz w:val="20"/>
        </w:rPr>
        <w:t>个人主页</w:t>
      </w:r>
      <w:r>
        <w:rPr>
          <w:rFonts w:ascii="Consolas" w:hAnsi="Consolas"/>
          <w:color w:val="006600"/>
          <w:sz w:val="20"/>
        </w:rPr>
        <w:t>&lt;/title&gt;</w:t>
      </w:r>
    </w:p>
    <w:p w14:paraId="11ADF45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&lt;/head&gt;</w:t>
      </w:r>
    </w:p>
    <w:p w14:paraId="5983353F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&lt;body&gt;</w:t>
      </w:r>
    </w:p>
    <w:p w14:paraId="199E9FF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&lt;h1&gt;</w:t>
      </w:r>
      <w:r>
        <w:rPr>
          <w:rFonts w:ascii="Consolas" w:hAnsi="Consolas"/>
          <w:color w:val="006600"/>
          <w:sz w:val="20"/>
        </w:rPr>
        <w:t>（你的名字）的个人主页</w:t>
      </w:r>
      <w:r>
        <w:rPr>
          <w:rFonts w:ascii="Consolas" w:hAnsi="Consolas"/>
          <w:color w:val="006600"/>
          <w:sz w:val="20"/>
        </w:rPr>
        <w:t>&lt;/h1&gt;</w:t>
      </w:r>
    </w:p>
    <w:p w14:paraId="756B4D5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&lt;p&gt;</w:t>
      </w:r>
      <w:r>
        <w:rPr>
          <w:rFonts w:ascii="Consolas" w:hAnsi="Consolas"/>
          <w:color w:val="006600"/>
          <w:sz w:val="20"/>
        </w:rPr>
        <w:t>一句话介绍自己。</w:t>
      </w:r>
      <w:r>
        <w:rPr>
          <w:rFonts w:ascii="Consolas" w:hAnsi="Consolas"/>
          <w:color w:val="006600"/>
          <w:sz w:val="20"/>
        </w:rPr>
        <w:t>&lt;/p&gt;</w:t>
      </w:r>
    </w:p>
    <w:p w14:paraId="3082426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&lt;/body&gt;</w:t>
      </w:r>
    </w:p>
    <w:p w14:paraId="1039DD0F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&lt;/html&gt;</w:t>
      </w:r>
    </w:p>
    <w:p w14:paraId="16E23D0D" w14:textId="77777777" w:rsidR="004C6F9D" w:rsidRDefault="00000000">
      <w:r>
        <w:lastRenderedPageBreak/>
        <w:t>保存，浏览器打开确认能正常显示，然后提交：</w:t>
      </w:r>
    </w:p>
    <w:p w14:paraId="004CE2D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add .</w:t>
      </w:r>
    </w:p>
    <w:p w14:paraId="20A6C751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commit -m "</w:t>
      </w:r>
      <w:r>
        <w:rPr>
          <w:rFonts w:ascii="Consolas" w:hAnsi="Consolas"/>
          <w:color w:val="006600"/>
          <w:sz w:val="20"/>
        </w:rPr>
        <w:t>添加个人主页页面骨架</w:t>
      </w:r>
      <w:r>
        <w:rPr>
          <w:rFonts w:ascii="Consolas" w:hAnsi="Consolas"/>
          <w:color w:val="006600"/>
          <w:sz w:val="20"/>
        </w:rPr>
        <w:t>"</w:t>
      </w:r>
    </w:p>
    <w:p w14:paraId="3939424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push</w:t>
      </w:r>
    </w:p>
    <w:p w14:paraId="64B0431B" w14:textId="77777777" w:rsidR="004C6F9D" w:rsidRDefault="00000000">
      <w:r>
        <w:rPr>
          <w:b/>
        </w:rPr>
        <w:t>检查点1：GitHub网页上能看到第一次提交；浏览器显示标题和介绍。</w:t>
      </w:r>
    </w:p>
    <w:p w14:paraId="590B4E2E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t>第二步：填充内容（第2次提交）</w:t>
      </w:r>
    </w:p>
    <w:p w14:paraId="21C31FB7" w14:textId="77777777" w:rsidR="004C6F9D" w:rsidRDefault="00000000">
      <w:pPr>
        <w:rPr>
          <w:lang w:eastAsia="zh-CN"/>
        </w:rPr>
      </w:pPr>
      <w:r>
        <w:rPr>
          <w:lang w:eastAsia="zh-CN"/>
        </w:rPr>
        <w:t>在body中继续添加：</w:t>
      </w:r>
    </w:p>
    <w:p w14:paraId="55A483A0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关于我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235A6A4B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&lt;p&gt;</w:t>
      </w:r>
      <w:r>
        <w:rPr>
          <w:rFonts w:ascii="Consolas" w:hAnsi="Consolas"/>
          <w:color w:val="006600"/>
          <w:sz w:val="20"/>
          <w:lang w:eastAsia="zh-CN"/>
        </w:rPr>
        <w:t>用两三句话介绍自己的专业、年级和兴趣。</w:t>
      </w:r>
      <w:r>
        <w:rPr>
          <w:rFonts w:ascii="Consolas" w:hAnsi="Consolas"/>
          <w:color w:val="006600"/>
          <w:sz w:val="20"/>
          <w:lang w:eastAsia="zh-CN"/>
        </w:rPr>
        <w:t>&lt;/p&gt;</w:t>
      </w:r>
    </w:p>
    <w:p w14:paraId="5EAC7891" w14:textId="77777777" w:rsidR="004C6F9D" w:rsidRDefault="004C6F9D">
      <w:pPr>
        <w:ind w:left="720"/>
        <w:rPr>
          <w:lang w:eastAsia="zh-CN"/>
        </w:rPr>
      </w:pPr>
    </w:p>
    <w:p w14:paraId="199A2ACB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我的爱好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4A687899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ul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24E77108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爱好</w:t>
      </w:r>
      <w:proofErr w:type="gramStart"/>
      <w:r>
        <w:rPr>
          <w:rFonts w:ascii="Consolas" w:hAnsi="Consolas"/>
          <w:color w:val="006600"/>
          <w:sz w:val="20"/>
          <w:lang w:eastAsia="zh-CN"/>
        </w:rPr>
        <w:t>一</w:t>
      </w:r>
      <w:proofErr w:type="gramEnd"/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5DE80583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爱好二</w:t>
      </w:r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292868FA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</w:t>
      </w:r>
      <w:r>
        <w:rPr>
          <w:rFonts w:ascii="Consolas" w:hAnsi="Consolas"/>
          <w:color w:val="006600"/>
          <w:sz w:val="20"/>
          <w:lang w:eastAsia="zh-CN"/>
        </w:rPr>
        <w:t>爱好三</w:t>
      </w:r>
      <w:r>
        <w:rPr>
          <w:rFonts w:ascii="Consolas" w:hAnsi="Consolas"/>
          <w:color w:val="006600"/>
          <w:sz w:val="20"/>
          <w:lang w:eastAsia="zh-CN"/>
        </w:rPr>
        <w:t>&lt;/li&gt;</w:t>
      </w:r>
    </w:p>
    <w:p w14:paraId="0E50185D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&lt;/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ul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31C35D96" w14:textId="77777777" w:rsidR="004C6F9D" w:rsidRDefault="004C6F9D">
      <w:pPr>
        <w:ind w:left="720"/>
        <w:rPr>
          <w:lang w:eastAsia="zh-CN"/>
        </w:rPr>
      </w:pPr>
    </w:p>
    <w:p w14:paraId="2EEA070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&lt;h2&gt;</w:t>
      </w:r>
      <w:r>
        <w:rPr>
          <w:rFonts w:ascii="Consolas" w:hAnsi="Consolas"/>
          <w:color w:val="006600"/>
          <w:sz w:val="20"/>
          <w:lang w:eastAsia="zh-CN"/>
        </w:rPr>
        <w:t>常用链接</w:t>
      </w:r>
      <w:r>
        <w:rPr>
          <w:rFonts w:ascii="Consolas" w:hAnsi="Consolas"/>
          <w:color w:val="006600"/>
          <w:sz w:val="20"/>
          <w:lang w:eastAsia="zh-CN"/>
        </w:rPr>
        <w:t>&lt;/h2&gt;</w:t>
      </w:r>
    </w:p>
    <w:p w14:paraId="631B7E17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&lt;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ul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&gt;</w:t>
      </w:r>
    </w:p>
    <w:p w14:paraId="30C11232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 xml:space="preserve">  &lt;li&gt;&lt;a </w:t>
      </w:r>
      <w:proofErr w:type="spellStart"/>
      <w:r>
        <w:rPr>
          <w:rFonts w:ascii="Consolas" w:hAnsi="Consolas"/>
          <w:color w:val="006600"/>
          <w:sz w:val="20"/>
          <w:lang w:eastAsia="zh-CN"/>
        </w:rPr>
        <w:t>href</w:t>
      </w:r>
      <w:proofErr w:type="spellEnd"/>
      <w:r>
        <w:rPr>
          <w:rFonts w:ascii="Consolas" w:hAnsi="Consolas"/>
          <w:color w:val="006600"/>
          <w:sz w:val="20"/>
          <w:lang w:eastAsia="zh-CN"/>
        </w:rPr>
        <w:t>="https://www.runoob.com/html/html-tutorial.html" target="_blank"&gt;</w:t>
      </w:r>
      <w:r>
        <w:rPr>
          <w:rFonts w:ascii="Consolas" w:hAnsi="Consolas"/>
          <w:color w:val="006600"/>
          <w:sz w:val="20"/>
          <w:lang w:eastAsia="zh-CN"/>
        </w:rPr>
        <w:t>菜鸟教程</w:t>
      </w:r>
      <w:r>
        <w:rPr>
          <w:rFonts w:ascii="Consolas" w:hAnsi="Consolas"/>
          <w:color w:val="006600"/>
          <w:sz w:val="20"/>
          <w:lang w:eastAsia="zh-CN"/>
        </w:rPr>
        <w:t>&lt;/a&gt;&lt;/li&gt;</w:t>
      </w:r>
    </w:p>
    <w:p w14:paraId="79E3D9D5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  <w:lang w:eastAsia="zh-CN"/>
        </w:rPr>
        <w:t xml:space="preserve">  </w:t>
      </w:r>
      <w:r>
        <w:rPr>
          <w:rFonts w:ascii="Consolas" w:hAnsi="Consolas"/>
          <w:color w:val="006600"/>
          <w:sz w:val="20"/>
        </w:rPr>
        <w:t xml:space="preserve">&lt;li&gt;&lt;a </w:t>
      </w:r>
      <w:proofErr w:type="spellStart"/>
      <w:r>
        <w:rPr>
          <w:rFonts w:ascii="Consolas" w:hAnsi="Consolas"/>
          <w:color w:val="006600"/>
          <w:sz w:val="20"/>
        </w:rPr>
        <w:t>href</w:t>
      </w:r>
      <w:proofErr w:type="spellEnd"/>
      <w:r>
        <w:rPr>
          <w:rFonts w:ascii="Consolas" w:hAnsi="Consolas"/>
          <w:color w:val="006600"/>
          <w:sz w:val="20"/>
        </w:rPr>
        <w:t>="https://github.com" target="_blank"&gt;GitHub&lt;/a&gt;&lt;/li&gt;</w:t>
      </w:r>
    </w:p>
    <w:p w14:paraId="3528C02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  &lt;li&gt;&lt;a href="https://www.yunnan.edu.cn" target="_blank"&gt;</w:t>
      </w:r>
      <w:r>
        <w:rPr>
          <w:rFonts w:ascii="Consolas" w:hAnsi="Consolas"/>
          <w:color w:val="006600"/>
          <w:sz w:val="20"/>
        </w:rPr>
        <w:t>云南大学</w:t>
      </w:r>
      <w:r>
        <w:rPr>
          <w:rFonts w:ascii="Consolas" w:hAnsi="Consolas"/>
          <w:color w:val="006600"/>
          <w:sz w:val="20"/>
        </w:rPr>
        <w:t>&lt;/a&gt;&lt;/li&gt;</w:t>
      </w:r>
    </w:p>
    <w:p w14:paraId="775FA6A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&lt;/ul&gt;</w:t>
      </w:r>
    </w:p>
    <w:p w14:paraId="2B892764" w14:textId="77777777" w:rsidR="004C6F9D" w:rsidRDefault="00000000">
      <w:r>
        <w:t>先预测每一段会出现什么，再刷新验证。完成后提交：</w:t>
      </w:r>
    </w:p>
    <w:p w14:paraId="47B8EF2F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add .</w:t>
      </w:r>
    </w:p>
    <w:p w14:paraId="1CBCBF55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git commit -m "</w:t>
      </w:r>
      <w:r>
        <w:rPr>
          <w:rFonts w:ascii="Consolas" w:hAnsi="Consolas"/>
          <w:color w:val="006600"/>
          <w:sz w:val="20"/>
          <w:lang w:eastAsia="zh-CN"/>
        </w:rPr>
        <w:t>补充自我介绍、爱好和链接列表</w:t>
      </w:r>
      <w:r>
        <w:rPr>
          <w:rFonts w:ascii="Consolas" w:hAnsi="Consolas"/>
          <w:color w:val="006600"/>
          <w:sz w:val="20"/>
          <w:lang w:eastAsia="zh-CN"/>
        </w:rPr>
        <w:t>"</w:t>
      </w:r>
    </w:p>
    <w:p w14:paraId="1004F0E1" w14:textId="77777777" w:rsidR="004C6F9D" w:rsidRDefault="00000000">
      <w:pPr>
        <w:spacing w:after="0" w:line="240" w:lineRule="auto"/>
        <w:ind w:left="720"/>
        <w:rPr>
          <w:lang w:eastAsia="zh-CN"/>
        </w:rPr>
      </w:pPr>
      <w:r>
        <w:rPr>
          <w:rFonts w:ascii="Consolas" w:hAnsi="Consolas"/>
          <w:color w:val="006600"/>
          <w:sz w:val="20"/>
          <w:lang w:eastAsia="zh-CN"/>
        </w:rPr>
        <w:t>git push</w:t>
      </w:r>
    </w:p>
    <w:p w14:paraId="2899A8C7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检查点2：三个小节齐全；每个链接可点击跳转。</w:t>
      </w:r>
    </w:p>
    <w:p w14:paraId="29ECA73F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第三步：加入图片（第3次提交）</w:t>
      </w:r>
    </w:p>
    <w:p w14:paraId="76D8E444" w14:textId="77777777" w:rsidR="004C6F9D" w:rsidRDefault="00000000">
      <w:pPr>
        <w:rPr>
          <w:lang w:eastAsia="zh-CN"/>
        </w:rPr>
      </w:pPr>
      <w:r>
        <w:rPr>
          <w:lang w:eastAsia="zh-CN"/>
        </w:rPr>
        <w:t>在homepage下创建images文件夹，放入一张自己的图片（任意合</w:t>
      </w:r>
      <w:proofErr w:type="gramStart"/>
      <w:r>
        <w:rPr>
          <w:lang w:eastAsia="zh-CN"/>
        </w:rPr>
        <w:t>规</w:t>
      </w:r>
      <w:proofErr w:type="gramEnd"/>
      <w:r>
        <w:rPr>
          <w:lang w:eastAsia="zh-CN"/>
        </w:rPr>
        <w:t>图片，命名为me.jpg；没有合适图片可用任意风景图）：</w:t>
      </w:r>
    </w:p>
    <w:p w14:paraId="79B9F05F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&lt;h2&gt;</w:t>
      </w:r>
      <w:proofErr w:type="spellStart"/>
      <w:r>
        <w:rPr>
          <w:rFonts w:ascii="Consolas" w:hAnsi="Consolas"/>
          <w:color w:val="006600"/>
          <w:sz w:val="20"/>
        </w:rPr>
        <w:t>我的照片</w:t>
      </w:r>
      <w:proofErr w:type="spellEnd"/>
      <w:r>
        <w:rPr>
          <w:rFonts w:ascii="Consolas" w:hAnsi="Consolas"/>
          <w:color w:val="006600"/>
          <w:sz w:val="20"/>
        </w:rPr>
        <w:t>&lt;/h2&gt;</w:t>
      </w:r>
    </w:p>
    <w:p w14:paraId="6D476D76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&lt;img src="images/me.jpg" alt="</w:t>
      </w:r>
      <w:r>
        <w:rPr>
          <w:rFonts w:ascii="Consolas" w:hAnsi="Consolas"/>
          <w:color w:val="006600"/>
          <w:sz w:val="20"/>
        </w:rPr>
        <w:t>我的照片</w:t>
      </w:r>
      <w:r>
        <w:rPr>
          <w:rFonts w:ascii="Consolas" w:hAnsi="Consolas"/>
          <w:color w:val="006600"/>
          <w:sz w:val="20"/>
        </w:rPr>
        <w:t>"&gt;</w:t>
      </w:r>
    </w:p>
    <w:p w14:paraId="683F38EF" w14:textId="77777777" w:rsidR="004C6F9D" w:rsidRDefault="00000000">
      <w:pPr>
        <w:rPr>
          <w:lang w:eastAsia="zh-CN"/>
        </w:rPr>
      </w:pPr>
      <w:r>
        <w:rPr>
          <w:lang w:eastAsia="zh-CN"/>
        </w:rPr>
        <w:t>刷新验证图片显示。</w:t>
      </w:r>
    </w:p>
    <w:p w14:paraId="5C780669" w14:textId="77777777" w:rsidR="004C6F9D" w:rsidRDefault="00000000">
      <w:pPr>
        <w:rPr>
          <w:lang w:eastAsia="zh-CN"/>
        </w:rPr>
      </w:pPr>
      <w:r>
        <w:rPr>
          <w:lang w:eastAsia="zh-CN"/>
        </w:rPr>
        <w:t>完成后提交推送：</w:t>
      </w:r>
    </w:p>
    <w:p w14:paraId="039ABEF8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 xml:space="preserve">git </w:t>
      </w:r>
      <w:proofErr w:type="gramStart"/>
      <w:r>
        <w:rPr>
          <w:rFonts w:ascii="Consolas" w:hAnsi="Consolas"/>
          <w:color w:val="006600"/>
          <w:sz w:val="20"/>
        </w:rPr>
        <w:t>add .</w:t>
      </w:r>
      <w:proofErr w:type="gramEnd"/>
    </w:p>
    <w:p w14:paraId="629CD4E2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lastRenderedPageBreak/>
        <w:t>git commit -m "</w:t>
      </w:r>
      <w:r>
        <w:rPr>
          <w:rFonts w:ascii="Consolas" w:hAnsi="Consolas"/>
          <w:color w:val="006600"/>
          <w:sz w:val="20"/>
        </w:rPr>
        <w:t>添加个人照片</w:t>
      </w:r>
      <w:r>
        <w:rPr>
          <w:rFonts w:ascii="Consolas" w:hAnsi="Consolas"/>
          <w:color w:val="006600"/>
          <w:sz w:val="20"/>
        </w:rPr>
        <w:t>"</w:t>
      </w:r>
    </w:p>
    <w:p w14:paraId="359FC30F" w14:textId="77777777" w:rsidR="004C6F9D" w:rsidRDefault="00000000">
      <w:pPr>
        <w:spacing w:after="0" w:line="240" w:lineRule="auto"/>
        <w:ind w:left="720"/>
      </w:pPr>
      <w:r>
        <w:rPr>
          <w:rFonts w:ascii="Consolas" w:hAnsi="Consolas"/>
          <w:color w:val="006600"/>
          <w:sz w:val="20"/>
        </w:rPr>
        <w:t>git push</w:t>
      </w:r>
    </w:p>
    <w:p w14:paraId="4D0AF1F0" w14:textId="77777777" w:rsidR="004C6F9D" w:rsidRDefault="00000000">
      <w:pPr>
        <w:rPr>
          <w:lang w:eastAsia="zh-CN"/>
        </w:rPr>
      </w:pPr>
      <w:r>
        <w:rPr>
          <w:b/>
        </w:rPr>
        <w:t xml:space="preserve">检查点3：git </w:t>
      </w:r>
      <w:proofErr w:type="spellStart"/>
      <w:r>
        <w:rPr>
          <w:b/>
        </w:rPr>
        <w:t>log有三次提交，说明分别是骨架、内容、图片；远程仓库历史一致</w:t>
      </w:r>
      <w:proofErr w:type="spellEnd"/>
      <w:r>
        <w:rPr>
          <w:b/>
        </w:rPr>
        <w:t>。</w:t>
      </w:r>
      <w:r>
        <w:rPr>
          <w:b/>
          <w:lang w:eastAsia="zh-CN"/>
        </w:rPr>
        <w:t>案例复现完成。</w:t>
      </w:r>
    </w:p>
    <w:p w14:paraId="37F055B6" w14:textId="77777777" w:rsidR="004C6F9D" w:rsidRDefault="004C6F9D">
      <w:pPr>
        <w:rPr>
          <w:lang w:eastAsia="zh-CN"/>
        </w:rPr>
      </w:pPr>
    </w:p>
    <w:p w14:paraId="1A14F293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第七部分 自主实践任务：主题介绍页</w:t>
      </w:r>
    </w:p>
    <w:p w14:paraId="30AAA182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一、任务书</w:t>
      </w:r>
    </w:p>
    <w:p w14:paraId="1D02C33B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题目：任选一个你熟悉的主题，制作单页介绍页。</w:t>
      </w:r>
    </w:p>
    <w:p w14:paraId="0E088175" w14:textId="77777777" w:rsidR="004C6F9D" w:rsidRDefault="00000000">
      <w:pPr>
        <w:rPr>
          <w:lang w:eastAsia="zh-CN"/>
        </w:rPr>
      </w:pPr>
      <w:r>
        <w:rPr>
          <w:lang w:eastAsia="zh-CN"/>
        </w:rPr>
        <w:t>可选主题举例：家乡（城市、美食、风景）、社团、球队、乐队、一门课、一位人物、一个游戏、一部作品。选你最有话说的主题，内容质量也是检查的一部分。</w:t>
      </w:r>
    </w:p>
    <w:p w14:paraId="775B22DE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基本要求（必须完成）：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7257"/>
      </w:tblGrid>
      <w:tr w:rsidR="004C6F9D" w14:paraId="64B8EB15" w14:textId="77777777" w:rsidTr="00EB4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E5595C8" w14:textId="77777777" w:rsidR="004C6F9D" w:rsidRDefault="00000000">
            <w:proofErr w:type="spellStart"/>
            <w:r>
              <w:rPr>
                <w:sz w:val="20"/>
              </w:rPr>
              <w:t>序号</w:t>
            </w:r>
            <w:proofErr w:type="spellEnd"/>
          </w:p>
        </w:tc>
        <w:tc>
          <w:tcPr>
            <w:tcW w:w="7257" w:type="dxa"/>
          </w:tcPr>
          <w:p w14:paraId="346012AB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要求</w:t>
            </w:r>
          </w:p>
        </w:tc>
      </w:tr>
      <w:tr w:rsidR="004C6F9D" w14:paraId="5DAC7C16" w14:textId="77777777" w:rsidTr="00EB4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51F70FA" w14:textId="77777777" w:rsidR="004C6F9D" w:rsidRDefault="00000000">
            <w:r>
              <w:rPr>
                <w:sz w:val="20"/>
              </w:rPr>
              <w:t>1</w:t>
            </w:r>
          </w:p>
        </w:tc>
        <w:tc>
          <w:tcPr>
            <w:tcW w:w="7257" w:type="dxa"/>
          </w:tcPr>
          <w:p w14:paraId="423DF35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结构完整的HTML文档（doctype、html、head含charset和viewport、title、body）</w:t>
            </w:r>
          </w:p>
        </w:tc>
      </w:tr>
      <w:tr w:rsidR="004C6F9D" w14:paraId="4D0117FD" w14:textId="77777777" w:rsidTr="00EB41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D213607" w14:textId="77777777" w:rsidR="004C6F9D" w:rsidRDefault="00000000">
            <w:r>
              <w:rPr>
                <w:sz w:val="20"/>
              </w:rPr>
              <w:t>2</w:t>
            </w:r>
          </w:p>
        </w:tc>
        <w:tc>
          <w:tcPr>
            <w:tcW w:w="7257" w:type="dxa"/>
          </w:tcPr>
          <w:p w14:paraId="3E2282CF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页面标题使用h1，至少两个小节使用h2</w:t>
            </w:r>
          </w:p>
        </w:tc>
      </w:tr>
      <w:tr w:rsidR="004C6F9D" w14:paraId="1FD425F6" w14:textId="77777777" w:rsidTr="00EB4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E02281E" w14:textId="77777777" w:rsidR="004C6F9D" w:rsidRDefault="00000000">
            <w:r>
              <w:rPr>
                <w:sz w:val="20"/>
              </w:rPr>
              <w:t>3</w:t>
            </w:r>
          </w:p>
        </w:tc>
        <w:tc>
          <w:tcPr>
            <w:tcW w:w="7257" w:type="dxa"/>
          </w:tcPr>
          <w:p w14:paraId="73C9CD4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至少两个段落p</w:t>
            </w:r>
          </w:p>
        </w:tc>
      </w:tr>
      <w:tr w:rsidR="004C6F9D" w14:paraId="30E2EBD8" w14:textId="77777777" w:rsidTr="00EB41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8C0FED9" w14:textId="77777777" w:rsidR="004C6F9D" w:rsidRDefault="00000000">
            <w:r>
              <w:rPr>
                <w:sz w:val="20"/>
              </w:rPr>
              <w:t>4</w:t>
            </w:r>
          </w:p>
        </w:tc>
        <w:tc>
          <w:tcPr>
            <w:tcW w:w="7257" w:type="dxa"/>
          </w:tcPr>
          <w:p w14:paraId="0EFD925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一个列表（</w:t>
            </w:r>
            <w:proofErr w:type="spellStart"/>
            <w:r>
              <w:rPr>
                <w:sz w:val="20"/>
                <w:lang w:eastAsia="zh-CN"/>
              </w:rPr>
              <w:t>ul</w:t>
            </w:r>
            <w:proofErr w:type="spellEnd"/>
            <w:r>
              <w:rPr>
                <w:sz w:val="20"/>
                <w:lang w:eastAsia="zh-CN"/>
              </w:rPr>
              <w:t>或</w:t>
            </w:r>
            <w:proofErr w:type="spellStart"/>
            <w:r>
              <w:rPr>
                <w:sz w:val="20"/>
                <w:lang w:eastAsia="zh-CN"/>
              </w:rPr>
              <w:t>ol</w:t>
            </w:r>
            <w:proofErr w:type="spellEnd"/>
            <w:r>
              <w:rPr>
                <w:sz w:val="20"/>
                <w:lang w:eastAsia="zh-CN"/>
              </w:rPr>
              <w:t>均可）不少于3项</w:t>
            </w:r>
          </w:p>
        </w:tc>
      </w:tr>
      <w:tr w:rsidR="004C6F9D" w14:paraId="1E3AD5B8" w14:textId="77777777" w:rsidTr="00EB4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C7E7CB6" w14:textId="77777777" w:rsidR="004C6F9D" w:rsidRDefault="00000000">
            <w:r>
              <w:rPr>
                <w:sz w:val="20"/>
              </w:rPr>
              <w:t>5</w:t>
            </w:r>
          </w:p>
        </w:tc>
        <w:tc>
          <w:tcPr>
            <w:tcW w:w="7257" w:type="dxa"/>
          </w:tcPr>
          <w:p w14:paraId="6B83114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至少3个链接a，其中至少1个使用target="_blank"</w:t>
            </w:r>
          </w:p>
        </w:tc>
      </w:tr>
      <w:tr w:rsidR="004C6F9D" w14:paraId="431C1923" w14:textId="77777777" w:rsidTr="00EB41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225B04F" w14:textId="77777777" w:rsidR="004C6F9D" w:rsidRDefault="00000000">
            <w:r>
              <w:rPr>
                <w:sz w:val="20"/>
              </w:rPr>
              <w:t>6</w:t>
            </w:r>
          </w:p>
        </w:tc>
        <w:tc>
          <w:tcPr>
            <w:tcW w:w="7257" w:type="dxa"/>
          </w:tcPr>
          <w:p w14:paraId="0AE9B6F2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至少1张本</w:t>
            </w:r>
            <w:proofErr w:type="gramStart"/>
            <w:r>
              <w:rPr>
                <w:sz w:val="20"/>
                <w:lang w:eastAsia="zh-CN"/>
              </w:rPr>
              <w:t>地图片</w:t>
            </w:r>
            <w:proofErr w:type="spellStart"/>
            <w:proofErr w:type="gramEnd"/>
            <w:r>
              <w:rPr>
                <w:sz w:val="20"/>
                <w:lang w:eastAsia="zh-CN"/>
              </w:rPr>
              <w:t>img</w:t>
            </w:r>
            <w:proofErr w:type="spellEnd"/>
            <w:r>
              <w:rPr>
                <w:sz w:val="20"/>
                <w:lang w:eastAsia="zh-CN"/>
              </w:rPr>
              <w:t>放在子文件夹中，使用相对路径引用，alt必写</w:t>
            </w:r>
          </w:p>
        </w:tc>
      </w:tr>
      <w:tr w:rsidR="004C6F9D" w14:paraId="0CC370B2" w14:textId="77777777" w:rsidTr="00EB4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7FD2889" w14:textId="77777777" w:rsidR="004C6F9D" w:rsidRDefault="00000000">
            <w:r>
              <w:rPr>
                <w:sz w:val="20"/>
              </w:rPr>
              <w:t>7</w:t>
            </w:r>
          </w:p>
        </w:tc>
        <w:tc>
          <w:tcPr>
            <w:tcW w:w="7257" w:type="dxa"/>
          </w:tcPr>
          <w:p w14:paraId="3608DAE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不少于3次有效Git提交，提交说明具体规范，完成远程推送</w:t>
            </w:r>
          </w:p>
        </w:tc>
      </w:tr>
      <w:tr w:rsidR="004C6F9D" w14:paraId="61F3E6BB" w14:textId="77777777" w:rsidTr="00EB41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0C711CA" w14:textId="77777777" w:rsidR="004C6F9D" w:rsidRDefault="00000000">
            <w:r>
              <w:rPr>
                <w:sz w:val="20"/>
              </w:rPr>
              <w:t>8</w:t>
            </w:r>
          </w:p>
        </w:tc>
        <w:tc>
          <w:tcPr>
            <w:tcW w:w="7257" w:type="dxa"/>
          </w:tcPr>
          <w:p w14:paraId="300243E8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页面在浏览器中正常显示，Console无红色报错</w:t>
            </w:r>
          </w:p>
        </w:tc>
      </w:tr>
    </w:tbl>
    <w:p w14:paraId="64E790C3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独立研究任务（选做）：</w:t>
      </w:r>
    </w:p>
    <w:p w14:paraId="22A97A35" w14:textId="77777777" w:rsidR="004C6F9D" w:rsidRDefault="00000000">
      <w:pPr>
        <w:rPr>
          <w:lang w:eastAsia="zh-CN"/>
        </w:rPr>
      </w:pPr>
      <w:r>
        <w:rPr>
          <w:lang w:eastAsia="zh-CN"/>
        </w:rPr>
        <w:t>以下任务课堂不讲授，需要你自己查阅官方文档或教程、动手试验后完成。研究结果写入进度报告。</w:t>
      </w:r>
    </w:p>
    <w:p w14:paraId="5AC21646" w14:textId="77777777" w:rsidR="004C6F9D" w:rsidRDefault="00000000">
      <w:r>
        <w:rPr>
          <w:b/>
        </w:rPr>
        <w:t>研究任务1</w:t>
      </w:r>
      <w:proofErr w:type="gramStart"/>
      <w:r>
        <w:rPr>
          <w:b/>
        </w:rPr>
        <w:t>：.gitignore</w:t>
      </w:r>
      <w:proofErr w:type="gramEnd"/>
      <w:r>
        <w:rPr>
          <w:b/>
        </w:rPr>
        <w:t>研究</w:t>
      </w:r>
    </w:p>
    <w:p w14:paraId="62DD5F28" w14:textId="77777777" w:rsidR="004C6F9D" w:rsidRDefault="00000000">
      <w:pPr>
        <w:ind w:left="720" w:hanging="360"/>
      </w:pPr>
      <w:r>
        <w:rPr>
          <w:sz w:val="22"/>
        </w:rPr>
        <w:t>1. 查阅Git文档，了解.gitignore的作用</w:t>
      </w:r>
    </w:p>
    <w:p w14:paraId="619878AA" w14:textId="77777777" w:rsidR="004C6F9D" w:rsidRDefault="00000000">
      <w:pPr>
        <w:ind w:left="720" w:hanging="360"/>
      </w:pPr>
      <w:r>
        <w:rPr>
          <w:sz w:val="22"/>
        </w:rPr>
        <w:t>2. 为仓库编写.gitignore文件，包含至少5条规则（如系统文件、编辑器配置等）</w:t>
      </w:r>
    </w:p>
    <w:p w14:paraId="315A0A9E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逐条解释每条规则的作用</w:t>
      </w:r>
    </w:p>
    <w:p w14:paraId="665628B6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4. 用git status验证被忽略文件确实不再出现</w:t>
      </w:r>
    </w:p>
    <w:p w14:paraId="1264BBBE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5. 截</w:t>
      </w:r>
      <w:proofErr w:type="gramStart"/>
      <w:r>
        <w:rPr>
          <w:sz w:val="22"/>
          <w:lang w:eastAsia="zh-CN"/>
        </w:rPr>
        <w:t>图记录</w:t>
      </w:r>
      <w:proofErr w:type="gramEnd"/>
      <w:r>
        <w:rPr>
          <w:sz w:val="22"/>
          <w:lang w:eastAsia="zh-CN"/>
        </w:rPr>
        <w:t>验证过程</w:t>
      </w:r>
    </w:p>
    <w:p w14:paraId="3D831189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lastRenderedPageBreak/>
        <w:t>研究任务2：README研究</w:t>
      </w:r>
    </w:p>
    <w:p w14:paraId="6844805F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查阅GitHub文档，了解README.md的作用</w:t>
      </w:r>
    </w:p>
    <w:p w14:paraId="26FDA0EB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为仓库编写README.md（标题、简介、目录结构说明）</w:t>
      </w:r>
    </w:p>
    <w:p w14:paraId="6B131A21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研究其在GitHub页面上的渲染方式</w:t>
      </w:r>
    </w:p>
    <w:p w14:paraId="56DE5E1F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4. 截图对比源码与渲染效果</w:t>
      </w:r>
    </w:p>
    <w:p w14:paraId="2BCDA819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研究任务3：字符编码研究</w:t>
      </w:r>
    </w:p>
    <w:p w14:paraId="0BB6A2F3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实验删除meta charset后页面的乱码现象并截图</w:t>
      </w:r>
    </w:p>
    <w:p w14:paraId="7895EBE9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研究2至3个常用HTML实体（如空格、版权符号）的写法并应用到页面</w:t>
      </w:r>
    </w:p>
    <w:p w14:paraId="2A884D38" w14:textId="77777777" w:rsidR="004C6F9D" w:rsidRDefault="00000000">
      <w:proofErr w:type="spellStart"/>
      <w:r>
        <w:rPr>
          <w:b/>
        </w:rPr>
        <w:t>禁止事项</w:t>
      </w:r>
      <w:proofErr w:type="spellEnd"/>
      <w:r>
        <w:rPr>
          <w:b/>
        </w:rPr>
        <w:t>：</w:t>
      </w:r>
    </w:p>
    <w:p w14:paraId="4A0735AF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不使用任何AI生成代码完成本任务；本阶段训练的就是手工能力。</w:t>
      </w:r>
    </w:p>
    <w:p w14:paraId="11A35A56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不复制同学的页面结构和内容。</w:t>
      </w:r>
    </w:p>
    <w:p w14:paraId="42CD4DF7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不使用本地盘符绝对路径引用图片。</w:t>
      </w:r>
    </w:p>
    <w:p w14:paraId="5934C376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二、操作提示</w:t>
      </w:r>
    </w:p>
    <w:p w14:paraId="583B71B0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在仓库中新建文件夹theme-page，入口文件index.html。</w:t>
      </w:r>
    </w:p>
    <w:p w14:paraId="7B855562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内容先在纸上或脑中列好提纲：主题是什么，分几个小节，每节放什么。</w:t>
      </w:r>
    </w:p>
    <w:p w14:paraId="452998BF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沿用课堂节奏：骨架一次提交、内容一次提交、图片一次提交。</w:t>
      </w:r>
    </w:p>
    <w:p w14:paraId="67D5B2DF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4. 卡住时先查菜鸟教程对应章节，再用开发</w:t>
      </w:r>
      <w:proofErr w:type="gramStart"/>
      <w:r>
        <w:rPr>
          <w:sz w:val="22"/>
          <w:lang w:eastAsia="zh-CN"/>
        </w:rPr>
        <w:t>者工具</w:t>
      </w:r>
      <w:proofErr w:type="gramEnd"/>
      <w:r>
        <w:rPr>
          <w:sz w:val="22"/>
          <w:lang w:eastAsia="zh-CN"/>
        </w:rPr>
        <w:t>排查，都无效再举手提问。</w:t>
      </w:r>
    </w:p>
    <w:p w14:paraId="0C3C0CE7" w14:textId="77777777" w:rsidR="004C6F9D" w:rsidRDefault="00000000">
      <w:pPr>
        <w:pStyle w:val="21"/>
        <w:rPr>
          <w:lang w:eastAsia="zh-CN"/>
        </w:rPr>
      </w:pPr>
      <w:r>
        <w:rPr>
          <w:rFonts w:ascii="黑体" w:eastAsia="黑体" w:hAnsi="黑体"/>
          <w:color w:val="1F497D"/>
          <w:sz w:val="28"/>
          <w:lang w:eastAsia="zh-CN"/>
        </w:rPr>
        <w:t>三、完成标准自检</w:t>
      </w:r>
    </w:p>
    <w:p w14:paraId="76C79F01" w14:textId="77777777" w:rsidR="004C6F9D" w:rsidRDefault="00000000">
      <w:pPr>
        <w:rPr>
          <w:lang w:eastAsia="zh-CN"/>
        </w:rPr>
      </w:pPr>
      <w:r>
        <w:rPr>
          <w:lang w:eastAsia="zh-CN"/>
        </w:rPr>
        <w:t>提交前逐项打勾：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6236"/>
        <w:gridCol w:w="1701"/>
      </w:tblGrid>
      <w:tr w:rsidR="004C6F9D" w14:paraId="54931F62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632BE631" w14:textId="77777777" w:rsidR="004C6F9D" w:rsidRDefault="00000000">
            <w:proofErr w:type="spellStart"/>
            <w:r>
              <w:rPr>
                <w:sz w:val="20"/>
              </w:rPr>
              <w:t>自检项</w:t>
            </w:r>
            <w:proofErr w:type="spellEnd"/>
          </w:p>
        </w:tc>
        <w:tc>
          <w:tcPr>
            <w:tcW w:w="1701" w:type="dxa"/>
          </w:tcPr>
          <w:p w14:paraId="262AD75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完成</w:t>
            </w:r>
          </w:p>
        </w:tc>
      </w:tr>
      <w:tr w:rsidR="004C6F9D" w14:paraId="515F9831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2B27CE17" w14:textId="77777777" w:rsidR="004C6F9D" w:rsidRDefault="00000000">
            <w:pPr>
              <w:rPr>
                <w:lang w:eastAsia="zh-CN"/>
              </w:rPr>
            </w:pPr>
            <w:r>
              <w:rPr>
                <w:sz w:val="20"/>
                <w:lang w:eastAsia="zh-CN"/>
              </w:rPr>
              <w:t>文档骨架完整，中文无乱码</w:t>
            </w:r>
          </w:p>
        </w:tc>
        <w:tc>
          <w:tcPr>
            <w:tcW w:w="1701" w:type="dxa"/>
          </w:tcPr>
          <w:p w14:paraId="311A19E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69EEF58F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5B5E6644" w14:textId="77777777" w:rsidR="004C6F9D" w:rsidRDefault="00000000">
            <w:r>
              <w:rPr>
                <w:sz w:val="20"/>
              </w:rPr>
              <w:t>h1唯一，h2分节清晰</w:t>
            </w:r>
          </w:p>
        </w:tc>
        <w:tc>
          <w:tcPr>
            <w:tcW w:w="1701" w:type="dxa"/>
          </w:tcPr>
          <w:p w14:paraId="4F863012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00D66F0C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0F4F52AF" w14:textId="77777777" w:rsidR="004C6F9D" w:rsidRDefault="00000000">
            <w:pPr>
              <w:rPr>
                <w:lang w:eastAsia="zh-CN"/>
              </w:rPr>
            </w:pPr>
            <w:r>
              <w:rPr>
                <w:sz w:val="20"/>
                <w:lang w:eastAsia="zh-CN"/>
              </w:rPr>
              <w:t>段落、列表、链接、图片数量达标</w:t>
            </w:r>
          </w:p>
        </w:tc>
        <w:tc>
          <w:tcPr>
            <w:tcW w:w="1701" w:type="dxa"/>
          </w:tcPr>
          <w:p w14:paraId="7123ADF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4983A504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3D6ED263" w14:textId="77777777" w:rsidR="004C6F9D" w:rsidRDefault="00000000">
            <w:pPr>
              <w:rPr>
                <w:lang w:eastAsia="zh-CN"/>
              </w:rPr>
            </w:pPr>
            <w:r>
              <w:rPr>
                <w:sz w:val="20"/>
                <w:lang w:eastAsia="zh-CN"/>
              </w:rPr>
              <w:t>图片相对路径正确，子文件夹存放</w:t>
            </w:r>
          </w:p>
        </w:tc>
        <w:tc>
          <w:tcPr>
            <w:tcW w:w="1701" w:type="dxa"/>
          </w:tcPr>
          <w:p w14:paraId="5F89EE3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0974AAB6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5A5E74C6" w14:textId="77777777" w:rsidR="004C6F9D" w:rsidRDefault="00000000">
            <w:r>
              <w:rPr>
                <w:sz w:val="20"/>
              </w:rPr>
              <w:t>git log不少于3次提交，说明具体</w:t>
            </w:r>
          </w:p>
        </w:tc>
        <w:tc>
          <w:tcPr>
            <w:tcW w:w="1701" w:type="dxa"/>
          </w:tcPr>
          <w:p w14:paraId="74B2C67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3487CBBF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5BC5B5BF" w14:textId="77777777" w:rsidR="004C6F9D" w:rsidRDefault="00000000">
            <w:r>
              <w:rPr>
                <w:sz w:val="20"/>
              </w:rPr>
              <w:t>已push到GitHub/Gitee，网页可见</w:t>
            </w:r>
          </w:p>
        </w:tc>
        <w:tc>
          <w:tcPr>
            <w:tcW w:w="1701" w:type="dxa"/>
          </w:tcPr>
          <w:p w14:paraId="4ADA51F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1355DE06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58A035C0" w14:textId="77777777" w:rsidR="004C6F9D" w:rsidRDefault="00000000">
            <w:pPr>
              <w:rPr>
                <w:lang w:eastAsia="zh-CN"/>
              </w:rPr>
            </w:pPr>
            <w:r>
              <w:rPr>
                <w:sz w:val="20"/>
                <w:lang w:eastAsia="zh-CN"/>
              </w:rPr>
              <w:t>Console无报错，链接全部可点</w:t>
            </w:r>
          </w:p>
        </w:tc>
        <w:tc>
          <w:tcPr>
            <w:tcW w:w="1701" w:type="dxa"/>
          </w:tcPr>
          <w:p w14:paraId="153AFF03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  <w:tr w:rsidR="004C6F9D" w14:paraId="2F37FACA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6" w:type="dxa"/>
          </w:tcPr>
          <w:p w14:paraId="60334E0A" w14:textId="77777777" w:rsidR="004C6F9D" w:rsidRDefault="00000000">
            <w:r>
              <w:rPr>
                <w:sz w:val="20"/>
              </w:rPr>
              <w:t>进度报告一已完成</w:t>
            </w:r>
          </w:p>
        </w:tc>
        <w:tc>
          <w:tcPr>
            <w:tcW w:w="1701" w:type="dxa"/>
          </w:tcPr>
          <w:p w14:paraId="2B45C8E0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□</w:t>
            </w:r>
          </w:p>
        </w:tc>
      </w:tr>
    </w:tbl>
    <w:p w14:paraId="119CE0D1" w14:textId="77777777" w:rsidR="004C6F9D" w:rsidRDefault="00000000">
      <w:pPr>
        <w:pStyle w:val="21"/>
      </w:pPr>
      <w:r>
        <w:rPr>
          <w:rFonts w:ascii="黑体" w:eastAsia="黑体" w:hAnsi="黑体"/>
          <w:color w:val="1F497D"/>
          <w:sz w:val="28"/>
        </w:rPr>
        <w:lastRenderedPageBreak/>
        <w:t>四、提交</w:t>
      </w:r>
    </w:p>
    <w:p w14:paraId="4A6965B3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下课前通过雨课堂提交：</w:t>
      </w:r>
    </w:p>
    <w:p w14:paraId="486F7193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仓库地址（GitHub或</w:t>
      </w:r>
      <w:proofErr w:type="spellStart"/>
      <w:r>
        <w:rPr>
          <w:sz w:val="22"/>
          <w:lang w:eastAsia="zh-CN"/>
        </w:rPr>
        <w:t>Gitee</w:t>
      </w:r>
      <w:proofErr w:type="spellEnd"/>
      <w:r>
        <w:rPr>
          <w:sz w:val="22"/>
          <w:lang w:eastAsia="zh-CN"/>
        </w:rPr>
        <w:t>链接）。</w:t>
      </w:r>
    </w:p>
    <w:p w14:paraId="7664DD4E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页面源代码文件index.html。</w:t>
      </w:r>
    </w:p>
    <w:p w14:paraId="168AEF6D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课堂实践进度报告</w:t>
      </w:r>
      <w:proofErr w:type="gramStart"/>
      <w:r>
        <w:rPr>
          <w:sz w:val="22"/>
          <w:lang w:eastAsia="zh-CN"/>
        </w:rPr>
        <w:t>一</w:t>
      </w:r>
      <w:proofErr w:type="gramEnd"/>
      <w:r>
        <w:rPr>
          <w:sz w:val="22"/>
          <w:lang w:eastAsia="zh-CN"/>
        </w:rPr>
        <w:t>（Word，按模板栏目填写）。</w:t>
      </w:r>
    </w:p>
    <w:p w14:paraId="6B0FE643" w14:textId="77777777" w:rsidR="004C6F9D" w:rsidRDefault="004C6F9D">
      <w:pPr>
        <w:rPr>
          <w:lang w:eastAsia="zh-CN"/>
        </w:rPr>
      </w:pPr>
    </w:p>
    <w:p w14:paraId="5C0184FC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第八部分 课堂实践进度报告</w:t>
      </w:r>
      <w:proofErr w:type="gramStart"/>
      <w:r>
        <w:rPr>
          <w:rFonts w:ascii="黑体" w:eastAsia="黑体" w:hAnsi="黑体"/>
          <w:color w:val="1F497D"/>
          <w:sz w:val="32"/>
          <w:lang w:eastAsia="zh-CN"/>
        </w:rPr>
        <w:t>一</w:t>
      </w:r>
      <w:proofErr w:type="gramEnd"/>
      <w:r>
        <w:rPr>
          <w:rFonts w:ascii="黑体" w:eastAsia="黑体" w:hAnsi="黑体"/>
          <w:color w:val="1F497D"/>
          <w:sz w:val="32"/>
          <w:lang w:eastAsia="zh-CN"/>
        </w:rPr>
        <w:t>填写指引</w:t>
      </w:r>
    </w:p>
    <w:p w14:paraId="4157A012" w14:textId="77777777" w:rsidR="004C6F9D" w:rsidRDefault="00000000">
      <w:pPr>
        <w:rPr>
          <w:lang w:eastAsia="zh-CN"/>
        </w:rPr>
      </w:pPr>
      <w:r>
        <w:rPr>
          <w:lang w:eastAsia="zh-CN"/>
        </w:rPr>
        <w:t>进度报告一按以下栏目填写（Word文档当堂完成）：</w:t>
      </w:r>
    </w:p>
    <w:p w14:paraId="59A4BB4A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基本信息：姓名、学号、班级、日期、课堂作业</w:t>
      </w:r>
      <w:proofErr w:type="gramStart"/>
      <w:r>
        <w:rPr>
          <w:sz w:val="22"/>
          <w:lang w:eastAsia="zh-CN"/>
        </w:rPr>
        <w:t>一</w:t>
      </w:r>
      <w:proofErr w:type="gramEnd"/>
      <w:r>
        <w:rPr>
          <w:sz w:val="22"/>
          <w:lang w:eastAsia="zh-CN"/>
        </w:rPr>
        <w:t>。</w:t>
      </w:r>
    </w:p>
    <w:p w14:paraId="1FB1DD2D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任务清单：案例复现（个人主页v1）与自主实践（主题介绍页）完成状态。</w:t>
      </w:r>
    </w:p>
    <w:p w14:paraId="057ED248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案例复现记录：三步各做了什么，</w:t>
      </w:r>
      <w:proofErr w:type="gramStart"/>
      <w:r>
        <w:rPr>
          <w:sz w:val="22"/>
          <w:lang w:eastAsia="zh-CN"/>
        </w:rPr>
        <w:t>附运行截</w:t>
      </w:r>
      <w:proofErr w:type="gramEnd"/>
      <w:r>
        <w:rPr>
          <w:sz w:val="22"/>
          <w:lang w:eastAsia="zh-CN"/>
        </w:rPr>
        <w:t>图；写出一处你与案例不同的地方。</w:t>
      </w:r>
    </w:p>
    <w:p w14:paraId="6D55B9D8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自主实践说明：选题理由；页面结构说明（几个小节各放什么）；主题内容组织思路。</w:t>
      </w:r>
    </w:p>
    <w:p w14:paraId="0CC77B53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代码仓库证据：仓库地址；三次提交的编号和说明；粘贴git log输出截图。</w:t>
      </w:r>
    </w:p>
    <w:p w14:paraId="5BD2C956" w14:textId="7D54A3AB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问题与解决：记录至少一个你实际遇到的问题（报错、图片不显示、路径错误等），写清现象、排查过程、解决方法。</w:t>
      </w:r>
    </w:p>
    <w:p w14:paraId="4082CC32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当次收获：用自己</w:t>
      </w:r>
      <w:proofErr w:type="gramStart"/>
      <w:r>
        <w:rPr>
          <w:sz w:val="22"/>
          <w:lang w:eastAsia="zh-CN"/>
        </w:rPr>
        <w:t>的话写</w:t>
      </w:r>
      <w:proofErr w:type="gramEnd"/>
      <w:r>
        <w:rPr>
          <w:sz w:val="22"/>
          <w:lang w:eastAsia="zh-CN"/>
        </w:rPr>
        <w:t>三至五句，例如：四个区域各是什么、相对路径怎么算、提交说明为什么重要。</w:t>
      </w:r>
    </w:p>
    <w:p w14:paraId="74E07FD7" w14:textId="77777777" w:rsidR="004C6F9D" w:rsidRDefault="00000000">
      <w:pPr>
        <w:pStyle w:val="a0"/>
        <w:rPr>
          <w:lang w:eastAsia="zh-CN"/>
        </w:rPr>
      </w:pPr>
      <w:r>
        <w:rPr>
          <w:sz w:val="22"/>
          <w:lang w:eastAsia="zh-CN"/>
        </w:rPr>
        <w:t>工具使用声明：本阶段不允许AI生成代码，如使用了搜索或教程请注明出处。</w:t>
      </w:r>
    </w:p>
    <w:p w14:paraId="6395479A" w14:textId="77777777" w:rsidR="004C6F9D" w:rsidRDefault="00000000">
      <w:pPr>
        <w:rPr>
          <w:lang w:eastAsia="zh-CN"/>
        </w:rPr>
      </w:pPr>
      <w:r>
        <w:rPr>
          <w:b/>
          <w:lang w:eastAsia="zh-CN"/>
        </w:rPr>
        <w:t>提醒：报告不能</w:t>
      </w:r>
      <w:proofErr w:type="gramStart"/>
      <w:r>
        <w:rPr>
          <w:b/>
          <w:lang w:eastAsia="zh-CN"/>
        </w:rPr>
        <w:t>只堆截</w:t>
      </w:r>
      <w:proofErr w:type="gramEnd"/>
      <w:r>
        <w:rPr>
          <w:b/>
          <w:lang w:eastAsia="zh-CN"/>
        </w:rPr>
        <w:t>图。每一张</w:t>
      </w:r>
      <w:proofErr w:type="gramStart"/>
      <w:r>
        <w:rPr>
          <w:b/>
          <w:lang w:eastAsia="zh-CN"/>
        </w:rPr>
        <w:t>截图配一句</w:t>
      </w:r>
      <w:proofErr w:type="gramEnd"/>
      <w:r>
        <w:rPr>
          <w:b/>
          <w:lang w:eastAsia="zh-CN"/>
        </w:rPr>
        <w:t>你自己的解释，证明你理解它在说什么。</w:t>
      </w:r>
    </w:p>
    <w:p w14:paraId="70E8B962" w14:textId="77777777" w:rsidR="004C6F9D" w:rsidRDefault="004C6F9D">
      <w:pPr>
        <w:rPr>
          <w:lang w:eastAsia="zh-CN"/>
        </w:rPr>
      </w:pPr>
    </w:p>
    <w:p w14:paraId="2B1CC7A9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第九部分 选择题应试指南</w:t>
      </w:r>
    </w:p>
    <w:p w14:paraId="0A2456F8" w14:textId="77777777" w:rsidR="004C6F9D" w:rsidRDefault="004C6F9D">
      <w:pPr>
        <w:rPr>
          <w:lang w:eastAsia="zh-CN"/>
        </w:rPr>
      </w:pPr>
    </w:p>
    <w:p w14:paraId="2F2920E4" w14:textId="77777777" w:rsidR="004C6F9D" w:rsidRDefault="00000000">
      <w:pPr>
        <w:rPr>
          <w:lang w:eastAsia="zh-CN"/>
        </w:rPr>
      </w:pPr>
      <w:r>
        <w:rPr>
          <w:lang w:eastAsia="zh-CN"/>
        </w:rPr>
        <w:t>命题范围与知识点清单一致：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2835"/>
      </w:tblGrid>
      <w:tr w:rsidR="004C6F9D" w14:paraId="6CD74A17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7DF9887" w14:textId="77777777" w:rsidR="004C6F9D" w:rsidRDefault="00000000">
            <w:proofErr w:type="spellStart"/>
            <w:r>
              <w:rPr>
                <w:sz w:val="20"/>
              </w:rPr>
              <w:t>范围</w:t>
            </w:r>
            <w:proofErr w:type="spellEnd"/>
          </w:p>
        </w:tc>
        <w:tc>
          <w:tcPr>
            <w:tcW w:w="3402" w:type="dxa"/>
          </w:tcPr>
          <w:p w14:paraId="37EB5ABF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考什么</w:t>
            </w:r>
          </w:p>
        </w:tc>
        <w:tc>
          <w:tcPr>
            <w:tcW w:w="2835" w:type="dxa"/>
          </w:tcPr>
          <w:p w14:paraId="5B0513D9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复习位置</w:t>
            </w:r>
          </w:p>
        </w:tc>
      </w:tr>
      <w:tr w:rsidR="004C6F9D" w14:paraId="39F470C8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A424187" w14:textId="77777777" w:rsidR="004C6F9D" w:rsidRDefault="00000000">
            <w:r>
              <w:rPr>
                <w:sz w:val="20"/>
              </w:rPr>
              <w:t>Git与代码托管</w:t>
            </w:r>
          </w:p>
        </w:tc>
        <w:tc>
          <w:tcPr>
            <w:tcW w:w="3402" w:type="dxa"/>
          </w:tcPr>
          <w:p w14:paraId="7AD8A48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三区职责、命令作用辨析、提交流程、分支与推送、.gitignore</w:t>
            </w:r>
          </w:p>
        </w:tc>
        <w:tc>
          <w:tcPr>
            <w:tcW w:w="2835" w:type="dxa"/>
          </w:tcPr>
          <w:p w14:paraId="642D53C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本指南第三、四部分</w:t>
            </w:r>
          </w:p>
        </w:tc>
      </w:tr>
      <w:tr w:rsidR="004C6F9D" w14:paraId="29834BB2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19780EB" w14:textId="77777777" w:rsidR="004C6F9D" w:rsidRDefault="00000000">
            <w:r>
              <w:rPr>
                <w:sz w:val="20"/>
              </w:rPr>
              <w:t>HTML结构与元素</w:t>
            </w:r>
          </w:p>
        </w:tc>
        <w:tc>
          <w:tcPr>
            <w:tcW w:w="3402" w:type="dxa"/>
          </w:tcPr>
          <w:p w14:paraId="5C39B68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骨架顺序、标签语义配对、属性写法、嵌套规则、</w:t>
            </w:r>
            <w:proofErr w:type="gramStart"/>
            <w:r>
              <w:rPr>
                <w:sz w:val="20"/>
                <w:lang w:eastAsia="zh-CN"/>
              </w:rPr>
              <w:t>块级与</w:t>
            </w:r>
            <w:proofErr w:type="gramEnd"/>
            <w:r>
              <w:rPr>
                <w:sz w:val="20"/>
                <w:lang w:eastAsia="zh-CN"/>
              </w:rPr>
              <w:t>行内</w:t>
            </w:r>
          </w:p>
        </w:tc>
        <w:tc>
          <w:tcPr>
            <w:tcW w:w="2835" w:type="dxa"/>
          </w:tcPr>
          <w:p w14:paraId="2D1C15F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t>本指南第五部分</w:t>
            </w:r>
            <w:proofErr w:type="spellEnd"/>
          </w:p>
        </w:tc>
      </w:tr>
      <w:tr w:rsidR="004C6F9D" w14:paraId="23402659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CFBB086" w14:textId="77777777" w:rsidR="004C6F9D" w:rsidRDefault="00000000">
            <w:r>
              <w:rPr>
                <w:sz w:val="20"/>
              </w:rPr>
              <w:lastRenderedPageBreak/>
              <w:t>路径、工具与规范</w:t>
            </w:r>
          </w:p>
        </w:tc>
        <w:tc>
          <w:tcPr>
            <w:tcW w:w="3402" w:type="dxa"/>
          </w:tcPr>
          <w:p w14:paraId="4EAFDBBF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相对路径计算、404排查流程、编码安全规范</w:t>
            </w:r>
          </w:p>
        </w:tc>
        <w:tc>
          <w:tcPr>
            <w:tcW w:w="2835" w:type="dxa"/>
          </w:tcPr>
          <w:p w14:paraId="4B8E0AC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本指南第五、六部分＋</w:t>
            </w:r>
            <w:proofErr w:type="gramStart"/>
            <w:r>
              <w:rPr>
                <w:sz w:val="20"/>
                <w:lang w:eastAsia="zh-CN"/>
              </w:rPr>
              <w:t>安全红</w:t>
            </w:r>
            <w:proofErr w:type="gramEnd"/>
            <w:r>
              <w:rPr>
                <w:sz w:val="20"/>
                <w:lang w:eastAsia="zh-CN"/>
              </w:rPr>
              <w:t>线</w:t>
            </w:r>
          </w:p>
        </w:tc>
      </w:tr>
    </w:tbl>
    <w:p w14:paraId="6F0BE4B1" w14:textId="77777777" w:rsidR="004C6F9D" w:rsidRDefault="00000000">
      <w:pPr>
        <w:rPr>
          <w:lang w:eastAsia="zh-CN"/>
        </w:rPr>
      </w:pPr>
      <w:r>
        <w:rPr>
          <w:lang w:eastAsia="zh-CN"/>
        </w:rPr>
        <w:t>答题策略：概念</w:t>
      </w:r>
      <w:proofErr w:type="gramStart"/>
      <w:r>
        <w:rPr>
          <w:lang w:eastAsia="zh-CN"/>
        </w:rPr>
        <w:t>题回到</w:t>
      </w:r>
      <w:proofErr w:type="gramEnd"/>
      <w:r>
        <w:rPr>
          <w:lang w:eastAsia="zh-CN"/>
        </w:rPr>
        <w:t>指南对应表格；代码阅读题在草稿上画结构再选；不确定的题用排除法，先标记回头再看。</w:t>
      </w:r>
    </w:p>
    <w:p w14:paraId="36515BA1" w14:textId="77777777" w:rsidR="004C6F9D" w:rsidRDefault="004C6F9D">
      <w:pPr>
        <w:rPr>
          <w:lang w:eastAsia="zh-CN"/>
        </w:rPr>
      </w:pPr>
    </w:p>
    <w:p w14:paraId="6A34F6BE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附录</w:t>
      </w:r>
      <w:proofErr w:type="gramStart"/>
      <w:r>
        <w:rPr>
          <w:rFonts w:ascii="黑体" w:eastAsia="黑体" w:hAnsi="黑体"/>
          <w:color w:val="1F497D"/>
          <w:sz w:val="32"/>
          <w:lang w:eastAsia="zh-CN"/>
        </w:rPr>
        <w:t>一</w:t>
      </w:r>
      <w:proofErr w:type="gramEnd"/>
      <w:r>
        <w:rPr>
          <w:rFonts w:ascii="黑体" w:eastAsia="黑体" w:hAnsi="黑体"/>
          <w:color w:val="1F497D"/>
          <w:sz w:val="32"/>
          <w:lang w:eastAsia="zh-CN"/>
        </w:rPr>
        <w:t xml:space="preserve"> Git命令速查表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268"/>
      </w:tblGrid>
      <w:tr w:rsidR="004C6F9D" w14:paraId="751114C3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CEACD44" w14:textId="77777777" w:rsidR="004C6F9D" w:rsidRDefault="00000000">
            <w:proofErr w:type="spellStart"/>
            <w:r>
              <w:rPr>
                <w:sz w:val="20"/>
              </w:rPr>
              <w:t>命令</w:t>
            </w:r>
            <w:proofErr w:type="spellEnd"/>
          </w:p>
        </w:tc>
        <w:tc>
          <w:tcPr>
            <w:tcW w:w="2835" w:type="dxa"/>
          </w:tcPr>
          <w:p w14:paraId="26D14EF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作用</w:t>
            </w:r>
          </w:p>
        </w:tc>
        <w:tc>
          <w:tcPr>
            <w:tcW w:w="2268" w:type="dxa"/>
          </w:tcPr>
          <w:p w14:paraId="46CE57F4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使用时机</w:t>
            </w:r>
          </w:p>
        </w:tc>
      </w:tr>
      <w:tr w:rsidR="004C6F9D" w14:paraId="2606B82D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B5676F9" w14:textId="77777777" w:rsidR="004C6F9D" w:rsidRDefault="00000000">
            <w:r>
              <w:rPr>
                <w:sz w:val="20"/>
              </w:rPr>
              <w:t>git config --global user.name "名字"</w:t>
            </w:r>
          </w:p>
        </w:tc>
        <w:tc>
          <w:tcPr>
            <w:tcW w:w="2835" w:type="dxa"/>
          </w:tcPr>
          <w:p w14:paraId="2F1F0B4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配置署名</w:t>
            </w:r>
          </w:p>
        </w:tc>
        <w:tc>
          <w:tcPr>
            <w:tcW w:w="2268" w:type="dxa"/>
          </w:tcPr>
          <w:p w14:paraId="5501181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装好Git后一次</w:t>
            </w:r>
          </w:p>
        </w:tc>
      </w:tr>
      <w:tr w:rsidR="004C6F9D" w14:paraId="17557DC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AD44D31" w14:textId="77777777" w:rsidR="004C6F9D" w:rsidRDefault="00000000">
            <w:r>
              <w:rPr>
                <w:sz w:val="20"/>
              </w:rPr>
              <w:t>git init</w:t>
            </w:r>
          </w:p>
        </w:tc>
        <w:tc>
          <w:tcPr>
            <w:tcW w:w="2835" w:type="dxa"/>
          </w:tcPr>
          <w:p w14:paraId="6DA24F8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初始化仓库</w:t>
            </w:r>
          </w:p>
        </w:tc>
        <w:tc>
          <w:tcPr>
            <w:tcW w:w="2268" w:type="dxa"/>
          </w:tcPr>
          <w:p w14:paraId="06D0E7B3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项目开始时一次</w:t>
            </w:r>
          </w:p>
        </w:tc>
      </w:tr>
      <w:tr w:rsidR="004C6F9D" w14:paraId="556AD887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5C79E53" w14:textId="77777777" w:rsidR="004C6F9D" w:rsidRDefault="00000000">
            <w:r>
              <w:rPr>
                <w:sz w:val="20"/>
              </w:rPr>
              <w:t>git status</w:t>
            </w:r>
          </w:p>
        </w:tc>
        <w:tc>
          <w:tcPr>
            <w:tcW w:w="2835" w:type="dxa"/>
          </w:tcPr>
          <w:p w14:paraId="1611BE3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查看文件状态</w:t>
            </w:r>
          </w:p>
        </w:tc>
        <w:tc>
          <w:tcPr>
            <w:tcW w:w="2268" w:type="dxa"/>
          </w:tcPr>
          <w:p w14:paraId="41BB9C60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随时，最常用的命令</w:t>
            </w:r>
          </w:p>
        </w:tc>
      </w:tr>
      <w:tr w:rsidR="004C6F9D" w14:paraId="62EB1557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F01A215" w14:textId="77777777" w:rsidR="004C6F9D" w:rsidRDefault="00000000">
            <w:r>
              <w:rPr>
                <w:sz w:val="20"/>
              </w:rPr>
              <w:t>git add 文件名</w:t>
            </w:r>
          </w:p>
        </w:tc>
        <w:tc>
          <w:tcPr>
            <w:tcW w:w="2835" w:type="dxa"/>
          </w:tcPr>
          <w:p w14:paraId="7CB4072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把修改加入暂存区</w:t>
            </w:r>
          </w:p>
        </w:tc>
        <w:tc>
          <w:tcPr>
            <w:tcW w:w="2268" w:type="dxa"/>
          </w:tcPr>
          <w:p w14:paraId="21841374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每次提交前</w:t>
            </w:r>
          </w:p>
        </w:tc>
      </w:tr>
      <w:tr w:rsidR="004C6F9D" w14:paraId="2BE89D5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F9EA064" w14:textId="77777777" w:rsidR="004C6F9D" w:rsidRDefault="00000000">
            <w:r>
              <w:rPr>
                <w:sz w:val="20"/>
              </w:rPr>
              <w:t>git add .</w:t>
            </w:r>
          </w:p>
        </w:tc>
        <w:tc>
          <w:tcPr>
            <w:tcW w:w="2835" w:type="dxa"/>
          </w:tcPr>
          <w:p w14:paraId="337C0AD9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加入全部修改</w:t>
            </w:r>
          </w:p>
        </w:tc>
        <w:tc>
          <w:tcPr>
            <w:tcW w:w="2268" w:type="dxa"/>
          </w:tcPr>
          <w:p w14:paraId="38B8FDA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同上，快捷方式</w:t>
            </w:r>
          </w:p>
        </w:tc>
      </w:tr>
      <w:tr w:rsidR="004C6F9D" w14:paraId="0E0D6FFC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5E8844C" w14:textId="77777777" w:rsidR="004C6F9D" w:rsidRDefault="00000000">
            <w:r>
              <w:rPr>
                <w:sz w:val="20"/>
              </w:rPr>
              <w:t>git commit -m "说明"</w:t>
            </w:r>
          </w:p>
        </w:tc>
        <w:tc>
          <w:tcPr>
            <w:tcW w:w="2835" w:type="dxa"/>
          </w:tcPr>
          <w:p w14:paraId="142816D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提交到本地仓库</w:t>
            </w:r>
          </w:p>
        </w:tc>
        <w:tc>
          <w:tcPr>
            <w:tcW w:w="2268" w:type="dxa"/>
          </w:tcPr>
          <w:p w14:paraId="6101685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暂存后</w:t>
            </w:r>
          </w:p>
        </w:tc>
      </w:tr>
      <w:tr w:rsidR="004C6F9D" w14:paraId="72E5D5A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48DD2DD" w14:textId="77777777" w:rsidR="004C6F9D" w:rsidRDefault="00000000">
            <w:r>
              <w:rPr>
                <w:sz w:val="20"/>
              </w:rPr>
              <w:t>git log</w:t>
            </w:r>
          </w:p>
        </w:tc>
        <w:tc>
          <w:tcPr>
            <w:tcW w:w="2835" w:type="dxa"/>
          </w:tcPr>
          <w:p w14:paraId="3FDF4A9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查看提交历史</w:t>
            </w:r>
          </w:p>
        </w:tc>
        <w:tc>
          <w:tcPr>
            <w:tcW w:w="2268" w:type="dxa"/>
          </w:tcPr>
          <w:p w14:paraId="743D68A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检查提交记录</w:t>
            </w:r>
          </w:p>
        </w:tc>
      </w:tr>
      <w:tr w:rsidR="004C6F9D" w14:paraId="720538FD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641ED49" w14:textId="77777777" w:rsidR="004C6F9D" w:rsidRDefault="00000000">
            <w:r>
              <w:rPr>
                <w:sz w:val="20"/>
              </w:rPr>
              <w:t>git branch</w:t>
            </w:r>
          </w:p>
        </w:tc>
        <w:tc>
          <w:tcPr>
            <w:tcW w:w="2835" w:type="dxa"/>
          </w:tcPr>
          <w:p w14:paraId="5A38FB5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查看分支</w:t>
            </w:r>
          </w:p>
        </w:tc>
        <w:tc>
          <w:tcPr>
            <w:tcW w:w="2268" w:type="dxa"/>
          </w:tcPr>
          <w:p w14:paraId="570EE8C9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确认分支名</w:t>
            </w:r>
          </w:p>
        </w:tc>
      </w:tr>
      <w:tr w:rsidR="004C6F9D" w14:paraId="3384DA7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D68372C" w14:textId="77777777" w:rsidR="004C6F9D" w:rsidRDefault="00000000">
            <w:r>
              <w:rPr>
                <w:sz w:val="20"/>
              </w:rPr>
              <w:t>git branch -M main</w:t>
            </w:r>
          </w:p>
        </w:tc>
        <w:tc>
          <w:tcPr>
            <w:tcW w:w="2835" w:type="dxa"/>
          </w:tcPr>
          <w:p w14:paraId="3219772A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重命名当前分支为main</w:t>
            </w:r>
          </w:p>
        </w:tc>
        <w:tc>
          <w:tcPr>
            <w:tcW w:w="2268" w:type="dxa"/>
          </w:tcPr>
          <w:p w14:paraId="15FD5A7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分支名不一致时</w:t>
            </w:r>
          </w:p>
        </w:tc>
      </w:tr>
      <w:tr w:rsidR="004C6F9D" w14:paraId="3F88AE2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ABD6FB5" w14:textId="77777777" w:rsidR="004C6F9D" w:rsidRDefault="00000000">
            <w:r>
              <w:rPr>
                <w:sz w:val="20"/>
              </w:rPr>
              <w:t>git remote add origin 地址</w:t>
            </w:r>
          </w:p>
        </w:tc>
        <w:tc>
          <w:tcPr>
            <w:tcW w:w="2835" w:type="dxa"/>
          </w:tcPr>
          <w:p w14:paraId="207324E2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关联远程仓库</w:t>
            </w:r>
          </w:p>
        </w:tc>
        <w:tc>
          <w:tcPr>
            <w:tcW w:w="2268" w:type="dxa"/>
          </w:tcPr>
          <w:p w14:paraId="7C5AB96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项目开始时一次</w:t>
            </w:r>
          </w:p>
        </w:tc>
      </w:tr>
      <w:tr w:rsidR="004C6F9D" w14:paraId="22A5412C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98E6F2D" w14:textId="77777777" w:rsidR="004C6F9D" w:rsidRDefault="00000000">
            <w:r>
              <w:rPr>
                <w:sz w:val="20"/>
              </w:rPr>
              <w:t>git push -u origin main</w:t>
            </w:r>
          </w:p>
        </w:tc>
        <w:tc>
          <w:tcPr>
            <w:tcW w:w="2835" w:type="dxa"/>
          </w:tcPr>
          <w:p w14:paraId="684BFD1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首次推送并关联</w:t>
            </w:r>
          </w:p>
        </w:tc>
        <w:tc>
          <w:tcPr>
            <w:tcW w:w="2268" w:type="dxa"/>
          </w:tcPr>
          <w:p w14:paraId="4639635A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第一次push</w:t>
            </w:r>
          </w:p>
        </w:tc>
      </w:tr>
      <w:tr w:rsidR="004C6F9D" w14:paraId="736FEAA9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8C207C8" w14:textId="77777777" w:rsidR="004C6F9D" w:rsidRDefault="00000000">
            <w:r>
              <w:rPr>
                <w:sz w:val="20"/>
              </w:rPr>
              <w:t>git push</w:t>
            </w:r>
          </w:p>
        </w:tc>
        <w:tc>
          <w:tcPr>
            <w:tcW w:w="2835" w:type="dxa"/>
          </w:tcPr>
          <w:p w14:paraId="06B1527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推送</w:t>
            </w:r>
          </w:p>
        </w:tc>
        <w:tc>
          <w:tcPr>
            <w:tcW w:w="2268" w:type="dxa"/>
          </w:tcPr>
          <w:p w14:paraId="5BB615D1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之后每次</w:t>
            </w:r>
          </w:p>
        </w:tc>
      </w:tr>
      <w:tr w:rsidR="004C6F9D" w14:paraId="77736CD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78A3947" w14:textId="77777777" w:rsidR="004C6F9D" w:rsidRDefault="00000000">
            <w:r>
              <w:rPr>
                <w:sz w:val="20"/>
              </w:rPr>
              <w:t>git pull</w:t>
            </w:r>
          </w:p>
        </w:tc>
        <w:tc>
          <w:tcPr>
            <w:tcW w:w="2835" w:type="dxa"/>
          </w:tcPr>
          <w:p w14:paraId="7CC4113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拉取远程更新</w:t>
            </w:r>
          </w:p>
        </w:tc>
        <w:tc>
          <w:tcPr>
            <w:tcW w:w="2268" w:type="dxa"/>
          </w:tcPr>
          <w:p w14:paraId="08D53C3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换电脑或协作时</w:t>
            </w:r>
          </w:p>
        </w:tc>
      </w:tr>
    </w:tbl>
    <w:p w14:paraId="22230E55" w14:textId="77777777" w:rsidR="004C6F9D" w:rsidRDefault="00000000">
      <w:pPr>
        <w:pStyle w:val="1"/>
      </w:pPr>
      <w:proofErr w:type="spellStart"/>
      <w:r>
        <w:rPr>
          <w:rFonts w:ascii="黑体" w:eastAsia="黑体" w:hAnsi="黑体"/>
          <w:color w:val="1F497D"/>
          <w:sz w:val="32"/>
        </w:rPr>
        <w:t>附录二</w:t>
      </w:r>
      <w:proofErr w:type="spellEnd"/>
      <w:r>
        <w:rPr>
          <w:rFonts w:ascii="黑体" w:eastAsia="黑体" w:hAnsi="黑体"/>
          <w:color w:val="1F497D"/>
          <w:sz w:val="32"/>
        </w:rPr>
        <w:t xml:space="preserve"> </w:t>
      </w:r>
      <w:proofErr w:type="spellStart"/>
      <w:r>
        <w:rPr>
          <w:rFonts w:ascii="黑体" w:eastAsia="黑体" w:hAnsi="黑体"/>
          <w:color w:val="1F497D"/>
          <w:sz w:val="32"/>
        </w:rPr>
        <w:t>HTML元素速查表</w:t>
      </w:r>
      <w:proofErr w:type="spellEnd"/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268"/>
        <w:gridCol w:w="1701"/>
      </w:tblGrid>
      <w:tr w:rsidR="004C6F9D" w14:paraId="43E2A137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5E99C89" w14:textId="77777777" w:rsidR="004C6F9D" w:rsidRDefault="00000000">
            <w:r>
              <w:rPr>
                <w:sz w:val="20"/>
              </w:rPr>
              <w:t>元素</w:t>
            </w:r>
          </w:p>
        </w:tc>
        <w:tc>
          <w:tcPr>
            <w:tcW w:w="1701" w:type="dxa"/>
          </w:tcPr>
          <w:p w14:paraId="5E26FC73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作用</w:t>
            </w:r>
          </w:p>
        </w:tc>
        <w:tc>
          <w:tcPr>
            <w:tcW w:w="2268" w:type="dxa"/>
          </w:tcPr>
          <w:p w14:paraId="18AFA8F6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常用属性</w:t>
            </w:r>
          </w:p>
        </w:tc>
        <w:tc>
          <w:tcPr>
            <w:tcW w:w="1701" w:type="dxa"/>
          </w:tcPr>
          <w:p w14:paraId="25F1AF66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类型</w:t>
            </w:r>
          </w:p>
        </w:tc>
      </w:tr>
      <w:tr w:rsidR="004C6F9D" w14:paraId="6C3863D4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4F878E" w14:textId="77777777" w:rsidR="004C6F9D" w:rsidRDefault="00000000">
            <w:r>
              <w:rPr>
                <w:sz w:val="20"/>
              </w:rPr>
              <w:t>html</w:t>
            </w:r>
          </w:p>
        </w:tc>
        <w:tc>
          <w:tcPr>
            <w:tcW w:w="1701" w:type="dxa"/>
          </w:tcPr>
          <w:p w14:paraId="4E1044DA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根元素</w:t>
            </w:r>
          </w:p>
        </w:tc>
        <w:tc>
          <w:tcPr>
            <w:tcW w:w="2268" w:type="dxa"/>
          </w:tcPr>
          <w:p w14:paraId="612E391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lang</w:t>
            </w:r>
          </w:p>
        </w:tc>
        <w:tc>
          <w:tcPr>
            <w:tcW w:w="1701" w:type="dxa"/>
          </w:tcPr>
          <w:p w14:paraId="4551BFD0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骨架</w:t>
            </w:r>
          </w:p>
        </w:tc>
      </w:tr>
      <w:tr w:rsidR="004C6F9D" w14:paraId="5A309F45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A5AB0FA" w14:textId="77777777" w:rsidR="004C6F9D" w:rsidRDefault="00000000">
            <w:r>
              <w:rPr>
                <w:sz w:val="20"/>
              </w:rPr>
              <w:t>head</w:t>
            </w:r>
          </w:p>
        </w:tc>
        <w:tc>
          <w:tcPr>
            <w:tcW w:w="1701" w:type="dxa"/>
          </w:tcPr>
          <w:p w14:paraId="1444557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配置区</w:t>
            </w:r>
          </w:p>
        </w:tc>
        <w:tc>
          <w:tcPr>
            <w:tcW w:w="2268" w:type="dxa"/>
          </w:tcPr>
          <w:p w14:paraId="1C90811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6EB6142B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骨架</w:t>
            </w:r>
          </w:p>
        </w:tc>
      </w:tr>
      <w:tr w:rsidR="004C6F9D" w14:paraId="376A413F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65AF867" w14:textId="77777777" w:rsidR="004C6F9D" w:rsidRDefault="00000000">
            <w:r>
              <w:rPr>
                <w:sz w:val="20"/>
              </w:rPr>
              <w:t>meta</w:t>
            </w:r>
          </w:p>
        </w:tc>
        <w:tc>
          <w:tcPr>
            <w:tcW w:w="1701" w:type="dxa"/>
          </w:tcPr>
          <w:p w14:paraId="3AF8553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元信息</w:t>
            </w:r>
          </w:p>
        </w:tc>
        <w:tc>
          <w:tcPr>
            <w:tcW w:w="2268" w:type="dxa"/>
          </w:tcPr>
          <w:p w14:paraId="63E9277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charset、name、content</w:t>
            </w:r>
          </w:p>
        </w:tc>
        <w:tc>
          <w:tcPr>
            <w:tcW w:w="1701" w:type="dxa"/>
          </w:tcPr>
          <w:p w14:paraId="029C0B4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骨架，自闭合</w:t>
            </w:r>
          </w:p>
        </w:tc>
      </w:tr>
      <w:tr w:rsidR="004C6F9D" w14:paraId="09CBC01B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55D12E" w14:textId="77777777" w:rsidR="004C6F9D" w:rsidRDefault="00000000">
            <w:r>
              <w:rPr>
                <w:sz w:val="20"/>
              </w:rPr>
              <w:t>title</w:t>
            </w:r>
          </w:p>
        </w:tc>
        <w:tc>
          <w:tcPr>
            <w:tcW w:w="1701" w:type="dxa"/>
          </w:tcPr>
          <w:p w14:paraId="31467A2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标签页标题</w:t>
            </w:r>
          </w:p>
        </w:tc>
        <w:tc>
          <w:tcPr>
            <w:tcW w:w="2268" w:type="dxa"/>
          </w:tcPr>
          <w:p w14:paraId="77C9C71F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12E8D8A4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骨架</w:t>
            </w:r>
          </w:p>
        </w:tc>
      </w:tr>
      <w:tr w:rsidR="004C6F9D" w14:paraId="6E65C5A8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958BF2" w14:textId="77777777" w:rsidR="004C6F9D" w:rsidRDefault="00000000">
            <w:r>
              <w:rPr>
                <w:sz w:val="20"/>
              </w:rPr>
              <w:t>body</w:t>
            </w:r>
          </w:p>
        </w:tc>
        <w:tc>
          <w:tcPr>
            <w:tcW w:w="1701" w:type="dxa"/>
          </w:tcPr>
          <w:p w14:paraId="4C26AF5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正文区</w:t>
            </w:r>
          </w:p>
        </w:tc>
        <w:tc>
          <w:tcPr>
            <w:tcW w:w="2268" w:type="dxa"/>
          </w:tcPr>
          <w:p w14:paraId="032149B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2F15B24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骨架</w:t>
            </w:r>
          </w:p>
        </w:tc>
      </w:tr>
      <w:tr w:rsidR="004C6F9D" w14:paraId="582E7618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5CA9C7" w14:textId="77777777" w:rsidR="004C6F9D" w:rsidRDefault="00000000">
            <w:r>
              <w:rPr>
                <w:sz w:val="20"/>
              </w:rPr>
              <w:t>h1至h6</w:t>
            </w:r>
          </w:p>
        </w:tc>
        <w:tc>
          <w:tcPr>
            <w:tcW w:w="1701" w:type="dxa"/>
          </w:tcPr>
          <w:p w14:paraId="6AEA18E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标题</w:t>
            </w:r>
          </w:p>
        </w:tc>
        <w:tc>
          <w:tcPr>
            <w:tcW w:w="2268" w:type="dxa"/>
          </w:tcPr>
          <w:p w14:paraId="31CB0993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553B1F59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块级</w:t>
            </w:r>
          </w:p>
        </w:tc>
      </w:tr>
      <w:tr w:rsidR="004C6F9D" w14:paraId="186FF5F7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754B9E" w14:textId="77777777" w:rsidR="004C6F9D" w:rsidRDefault="00000000">
            <w:r>
              <w:rPr>
                <w:sz w:val="20"/>
              </w:rPr>
              <w:t>p</w:t>
            </w:r>
          </w:p>
        </w:tc>
        <w:tc>
          <w:tcPr>
            <w:tcW w:w="1701" w:type="dxa"/>
          </w:tcPr>
          <w:p w14:paraId="73E29827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段落</w:t>
            </w:r>
          </w:p>
        </w:tc>
        <w:tc>
          <w:tcPr>
            <w:tcW w:w="2268" w:type="dxa"/>
          </w:tcPr>
          <w:p w14:paraId="56F4135E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6C97D91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块级</w:t>
            </w:r>
          </w:p>
        </w:tc>
      </w:tr>
      <w:tr w:rsidR="004C6F9D" w14:paraId="764F29E2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3BB79C" w14:textId="77777777" w:rsidR="004C6F9D" w:rsidRDefault="00000000">
            <w:r>
              <w:rPr>
                <w:sz w:val="20"/>
              </w:rPr>
              <w:t>br</w:t>
            </w:r>
          </w:p>
        </w:tc>
        <w:tc>
          <w:tcPr>
            <w:tcW w:w="1701" w:type="dxa"/>
          </w:tcPr>
          <w:p w14:paraId="7FFF9BF5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换行</w:t>
            </w:r>
          </w:p>
        </w:tc>
        <w:tc>
          <w:tcPr>
            <w:tcW w:w="2268" w:type="dxa"/>
          </w:tcPr>
          <w:p w14:paraId="0C0F005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368DBB17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行内，自闭合</w:t>
            </w:r>
          </w:p>
        </w:tc>
      </w:tr>
      <w:tr w:rsidR="004C6F9D" w14:paraId="31306B1C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06BCB6" w14:textId="77777777" w:rsidR="004C6F9D" w:rsidRDefault="00000000">
            <w:r>
              <w:rPr>
                <w:sz w:val="20"/>
              </w:rPr>
              <w:t>hr</w:t>
            </w:r>
          </w:p>
        </w:tc>
        <w:tc>
          <w:tcPr>
            <w:tcW w:w="1701" w:type="dxa"/>
          </w:tcPr>
          <w:p w14:paraId="5B82647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水平线</w:t>
            </w:r>
          </w:p>
        </w:tc>
        <w:tc>
          <w:tcPr>
            <w:tcW w:w="2268" w:type="dxa"/>
          </w:tcPr>
          <w:p w14:paraId="3454F49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3A38D42C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块级，自闭合</w:t>
            </w:r>
          </w:p>
        </w:tc>
      </w:tr>
      <w:tr w:rsidR="004C6F9D" w14:paraId="350A9DB9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989E3D2" w14:textId="77777777" w:rsidR="004C6F9D" w:rsidRDefault="00000000">
            <w:r>
              <w:rPr>
                <w:sz w:val="20"/>
              </w:rPr>
              <w:t>ul / ol</w:t>
            </w:r>
          </w:p>
        </w:tc>
        <w:tc>
          <w:tcPr>
            <w:tcW w:w="1701" w:type="dxa"/>
          </w:tcPr>
          <w:p w14:paraId="29F5B02E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无序/有序列表</w:t>
            </w:r>
          </w:p>
        </w:tc>
        <w:tc>
          <w:tcPr>
            <w:tcW w:w="2268" w:type="dxa"/>
          </w:tcPr>
          <w:p w14:paraId="517493B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00541733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块级</w:t>
            </w:r>
          </w:p>
        </w:tc>
      </w:tr>
      <w:tr w:rsidR="004C6F9D" w14:paraId="5576C052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351A3C3" w14:textId="77777777" w:rsidR="004C6F9D" w:rsidRDefault="00000000">
            <w:r>
              <w:rPr>
                <w:sz w:val="20"/>
              </w:rPr>
              <w:t>li</w:t>
            </w:r>
          </w:p>
        </w:tc>
        <w:tc>
          <w:tcPr>
            <w:tcW w:w="1701" w:type="dxa"/>
          </w:tcPr>
          <w:p w14:paraId="1E046B19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列表项</w:t>
            </w:r>
          </w:p>
        </w:tc>
        <w:tc>
          <w:tcPr>
            <w:tcW w:w="2268" w:type="dxa"/>
          </w:tcPr>
          <w:p w14:paraId="2A8D7048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无</w:t>
            </w:r>
          </w:p>
        </w:tc>
        <w:tc>
          <w:tcPr>
            <w:tcW w:w="1701" w:type="dxa"/>
          </w:tcPr>
          <w:p w14:paraId="0F19379A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块级，须在</w:t>
            </w:r>
            <w:proofErr w:type="spellStart"/>
            <w:r>
              <w:rPr>
                <w:sz w:val="20"/>
                <w:lang w:eastAsia="zh-CN"/>
              </w:rPr>
              <w:t>ul</w:t>
            </w:r>
            <w:proofErr w:type="spellEnd"/>
            <w:r>
              <w:rPr>
                <w:sz w:val="20"/>
                <w:lang w:eastAsia="zh-CN"/>
              </w:rPr>
              <w:t>/</w:t>
            </w:r>
            <w:proofErr w:type="spellStart"/>
            <w:r>
              <w:rPr>
                <w:sz w:val="20"/>
                <w:lang w:eastAsia="zh-CN"/>
              </w:rPr>
              <w:t>ol</w:t>
            </w:r>
            <w:proofErr w:type="spellEnd"/>
            <w:r>
              <w:rPr>
                <w:sz w:val="20"/>
                <w:lang w:eastAsia="zh-CN"/>
              </w:rPr>
              <w:t>内</w:t>
            </w:r>
          </w:p>
        </w:tc>
      </w:tr>
      <w:tr w:rsidR="004C6F9D" w14:paraId="594DF19C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BCFE87" w14:textId="77777777" w:rsidR="004C6F9D" w:rsidRDefault="00000000">
            <w:r>
              <w:rPr>
                <w:sz w:val="20"/>
              </w:rPr>
              <w:t>a</w:t>
            </w:r>
          </w:p>
        </w:tc>
        <w:tc>
          <w:tcPr>
            <w:tcW w:w="1701" w:type="dxa"/>
          </w:tcPr>
          <w:p w14:paraId="387D5AB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链接</w:t>
            </w:r>
          </w:p>
        </w:tc>
        <w:tc>
          <w:tcPr>
            <w:tcW w:w="2268" w:type="dxa"/>
          </w:tcPr>
          <w:p w14:paraId="3C0EA208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href、target</w:t>
            </w:r>
          </w:p>
        </w:tc>
        <w:tc>
          <w:tcPr>
            <w:tcW w:w="1701" w:type="dxa"/>
          </w:tcPr>
          <w:p w14:paraId="186AEE8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行内</w:t>
            </w:r>
          </w:p>
        </w:tc>
      </w:tr>
      <w:tr w:rsidR="004C6F9D" w14:paraId="7F67D0F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3AC078" w14:textId="77777777" w:rsidR="004C6F9D" w:rsidRDefault="00000000">
            <w:r>
              <w:rPr>
                <w:sz w:val="20"/>
              </w:rPr>
              <w:t>img</w:t>
            </w:r>
          </w:p>
        </w:tc>
        <w:tc>
          <w:tcPr>
            <w:tcW w:w="1701" w:type="dxa"/>
          </w:tcPr>
          <w:p w14:paraId="4EF68A6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图片</w:t>
            </w:r>
          </w:p>
        </w:tc>
        <w:tc>
          <w:tcPr>
            <w:tcW w:w="2268" w:type="dxa"/>
          </w:tcPr>
          <w:p w14:paraId="63290801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src、alt</w:t>
            </w:r>
          </w:p>
        </w:tc>
        <w:tc>
          <w:tcPr>
            <w:tcW w:w="1701" w:type="dxa"/>
          </w:tcPr>
          <w:p w14:paraId="38250619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行内，自闭合</w:t>
            </w:r>
          </w:p>
        </w:tc>
      </w:tr>
    </w:tbl>
    <w:p w14:paraId="4CC84C13" w14:textId="77777777" w:rsidR="004C6F9D" w:rsidRDefault="00000000">
      <w:pPr>
        <w:pStyle w:val="1"/>
      </w:pPr>
      <w:r>
        <w:rPr>
          <w:rFonts w:ascii="黑体" w:eastAsia="黑体" w:hAnsi="黑体"/>
          <w:color w:val="1F497D"/>
          <w:sz w:val="32"/>
        </w:rPr>
        <w:lastRenderedPageBreak/>
        <w:t>附录三 常见报错与处理</w:t>
      </w:r>
    </w:p>
    <w:tbl>
      <w:tblPr>
        <w:tblStyle w:val="-1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3685"/>
      </w:tblGrid>
      <w:tr w:rsidR="004C6F9D" w14:paraId="0C7372F5" w14:textId="77777777" w:rsidTr="004C6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B1B6585" w14:textId="77777777" w:rsidR="004C6F9D" w:rsidRDefault="00000000">
            <w:r>
              <w:rPr>
                <w:sz w:val="20"/>
              </w:rPr>
              <w:t>报错/现象</w:t>
            </w:r>
          </w:p>
        </w:tc>
        <w:tc>
          <w:tcPr>
            <w:tcW w:w="1984" w:type="dxa"/>
          </w:tcPr>
          <w:p w14:paraId="25127962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原因</w:t>
            </w:r>
          </w:p>
        </w:tc>
        <w:tc>
          <w:tcPr>
            <w:tcW w:w="3685" w:type="dxa"/>
          </w:tcPr>
          <w:p w14:paraId="50C764D0" w14:textId="77777777" w:rsidR="004C6F9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处理</w:t>
            </w:r>
          </w:p>
        </w:tc>
      </w:tr>
      <w:tr w:rsidR="004C6F9D" w14:paraId="10179D9E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0DC9FD" w14:textId="77777777" w:rsidR="004C6F9D" w:rsidRDefault="00000000">
            <w:r>
              <w:rPr>
                <w:sz w:val="20"/>
              </w:rPr>
              <w:t>Please tell me who you are</w:t>
            </w:r>
          </w:p>
        </w:tc>
        <w:tc>
          <w:tcPr>
            <w:tcW w:w="1984" w:type="dxa"/>
          </w:tcPr>
          <w:p w14:paraId="600AD676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未配置用户名邮箱</w:t>
            </w:r>
          </w:p>
        </w:tc>
        <w:tc>
          <w:tcPr>
            <w:tcW w:w="3685" w:type="dxa"/>
          </w:tcPr>
          <w:p w14:paraId="1AD247C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git config --global 配置后重试</w:t>
            </w:r>
          </w:p>
        </w:tc>
      </w:tr>
      <w:tr w:rsidR="004C6F9D" w14:paraId="1797BF01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067C74" w14:textId="77777777" w:rsidR="004C6F9D" w:rsidRDefault="00000000">
            <w:r>
              <w:rPr>
                <w:sz w:val="20"/>
              </w:rPr>
              <w:t>nothing to commit</w:t>
            </w:r>
          </w:p>
        </w:tc>
        <w:tc>
          <w:tcPr>
            <w:tcW w:w="1984" w:type="dxa"/>
          </w:tcPr>
          <w:p w14:paraId="14E167FA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没add或没修改</w:t>
            </w:r>
          </w:p>
        </w:tc>
        <w:tc>
          <w:tcPr>
            <w:tcW w:w="3685" w:type="dxa"/>
          </w:tcPr>
          <w:p w14:paraId="265EA2C9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先git add，或确认文件已保存</w:t>
            </w:r>
          </w:p>
        </w:tc>
      </w:tr>
      <w:tr w:rsidR="004C6F9D" w14:paraId="061F0787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38755DE" w14:textId="77777777" w:rsidR="004C6F9D" w:rsidRDefault="00000000">
            <w:r>
              <w:rPr>
                <w:sz w:val="20"/>
              </w:rPr>
              <w:t>图片裂图不显示</w:t>
            </w:r>
          </w:p>
        </w:tc>
        <w:tc>
          <w:tcPr>
            <w:tcW w:w="1984" w:type="dxa"/>
          </w:tcPr>
          <w:p w14:paraId="69F5EA95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路径、大小写、层级错</w:t>
            </w:r>
          </w:p>
        </w:tc>
        <w:tc>
          <w:tcPr>
            <w:tcW w:w="3685" w:type="dxa"/>
          </w:tcPr>
          <w:p w14:paraId="1A35342B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Network面板看404，对照目录结构改src</w:t>
            </w:r>
          </w:p>
        </w:tc>
      </w:tr>
      <w:tr w:rsidR="004C6F9D" w14:paraId="18C2205D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F707878" w14:textId="77777777" w:rsidR="004C6F9D" w:rsidRDefault="00000000">
            <w:r>
              <w:rPr>
                <w:sz w:val="20"/>
              </w:rPr>
              <w:t>中文乱码</w:t>
            </w:r>
          </w:p>
        </w:tc>
        <w:tc>
          <w:tcPr>
            <w:tcW w:w="1984" w:type="dxa"/>
          </w:tcPr>
          <w:p w14:paraId="48CA76CC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缺charset</w:t>
            </w:r>
          </w:p>
        </w:tc>
        <w:tc>
          <w:tcPr>
            <w:tcW w:w="3685" w:type="dxa"/>
          </w:tcPr>
          <w:p w14:paraId="1A3C5CD5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head里加meta charset="UTF-8"，文件也存为UTF-8</w:t>
            </w:r>
          </w:p>
        </w:tc>
      </w:tr>
      <w:tr w:rsidR="004C6F9D" w14:paraId="284EBB65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A60401D" w14:textId="77777777" w:rsidR="004C6F9D" w:rsidRDefault="00000000">
            <w:pPr>
              <w:rPr>
                <w:lang w:eastAsia="zh-CN"/>
              </w:rPr>
            </w:pPr>
            <w:r>
              <w:rPr>
                <w:sz w:val="20"/>
                <w:lang w:eastAsia="zh-CN"/>
              </w:rPr>
              <w:t>push要求输密码不对</w:t>
            </w:r>
          </w:p>
        </w:tc>
        <w:tc>
          <w:tcPr>
            <w:tcW w:w="1984" w:type="dxa"/>
          </w:tcPr>
          <w:p w14:paraId="0988787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sz w:val="20"/>
              </w:rPr>
              <w:t>GitHub改用令牌登录</w:t>
            </w:r>
            <w:proofErr w:type="spellEnd"/>
          </w:p>
        </w:tc>
        <w:tc>
          <w:tcPr>
            <w:tcW w:w="3685" w:type="dxa"/>
          </w:tcPr>
          <w:p w14:paraId="53817412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按提示用浏览器授权或建Personal Access Token</w:t>
            </w:r>
          </w:p>
        </w:tc>
      </w:tr>
      <w:tr w:rsidR="004C6F9D" w14:paraId="54850021" w14:textId="77777777" w:rsidTr="004C6F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F77D7E6" w14:textId="77777777" w:rsidR="004C6F9D" w:rsidRDefault="00000000">
            <w:r>
              <w:rPr>
                <w:sz w:val="20"/>
              </w:rPr>
              <w:t>push被拒绝rejected</w:t>
            </w:r>
          </w:p>
        </w:tc>
        <w:tc>
          <w:tcPr>
            <w:tcW w:w="1984" w:type="dxa"/>
          </w:tcPr>
          <w:p w14:paraId="63A273F6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远程有你没有的提交</w:t>
            </w:r>
          </w:p>
        </w:tc>
        <w:tc>
          <w:tcPr>
            <w:tcW w:w="3685" w:type="dxa"/>
          </w:tcPr>
          <w:p w14:paraId="6A47834D" w14:textId="77777777" w:rsidR="004C6F9D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先git pull再push</w:t>
            </w:r>
          </w:p>
        </w:tc>
      </w:tr>
      <w:tr w:rsidR="004C6F9D" w14:paraId="3A6A7DB6" w14:textId="77777777" w:rsidTr="004C6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62E60E" w14:textId="77777777" w:rsidR="004C6F9D" w:rsidRDefault="00000000">
            <w:r>
              <w:rPr>
                <w:sz w:val="20"/>
              </w:rPr>
              <w:t>标签显示成纯文字</w:t>
            </w:r>
          </w:p>
        </w:tc>
        <w:tc>
          <w:tcPr>
            <w:tcW w:w="1984" w:type="dxa"/>
          </w:tcPr>
          <w:p w14:paraId="2620686D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引号缺失或未闭合</w:t>
            </w:r>
          </w:p>
        </w:tc>
        <w:tc>
          <w:tcPr>
            <w:tcW w:w="3685" w:type="dxa"/>
          </w:tcPr>
          <w:p w14:paraId="4452E00F" w14:textId="77777777" w:rsidR="004C6F9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20"/>
                <w:lang w:eastAsia="zh-CN"/>
              </w:rPr>
              <w:t>检查开始/结束标签和属性引号</w:t>
            </w:r>
          </w:p>
        </w:tc>
      </w:tr>
    </w:tbl>
    <w:p w14:paraId="226575ED" w14:textId="77777777" w:rsidR="004C6F9D" w:rsidRDefault="00000000">
      <w:pPr>
        <w:pStyle w:val="1"/>
        <w:rPr>
          <w:lang w:eastAsia="zh-CN"/>
        </w:rPr>
      </w:pPr>
      <w:r>
        <w:rPr>
          <w:rFonts w:ascii="黑体" w:eastAsia="黑体" w:hAnsi="黑体"/>
          <w:color w:val="1F497D"/>
          <w:sz w:val="32"/>
          <w:lang w:eastAsia="zh-CN"/>
        </w:rPr>
        <w:t>附录四 课后练习（选做）</w:t>
      </w:r>
    </w:p>
    <w:p w14:paraId="2969D187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1. 把个人主页的三个链接改成一个列表里的导航区。</w:t>
      </w:r>
    </w:p>
    <w:p w14:paraId="5B97E602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2. 给主题介绍页再加一个小节，用嵌套列表组织（如：水果→热带水果、温带水果）。</w:t>
      </w:r>
    </w:p>
    <w:p w14:paraId="6D5FBCE1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3. 在git-practice仓库练习：连续做5次小步提交，说明写得到位，用git log回顾。</w:t>
      </w:r>
    </w:p>
    <w:p w14:paraId="0CDE01FF" w14:textId="77777777" w:rsidR="004C6F9D" w:rsidRDefault="00000000">
      <w:pPr>
        <w:ind w:left="720" w:hanging="360"/>
        <w:rPr>
          <w:lang w:eastAsia="zh-CN"/>
        </w:rPr>
      </w:pPr>
      <w:r>
        <w:rPr>
          <w:sz w:val="22"/>
          <w:lang w:eastAsia="zh-CN"/>
        </w:rPr>
        <w:t>4. 预习：菜鸟教程CSS教程第一章，下次课我们把页面变漂亮。</w:t>
      </w:r>
    </w:p>
    <w:p w14:paraId="3BFF49A9" w14:textId="77777777" w:rsidR="004C6F9D" w:rsidRDefault="00000000">
      <w:r>
        <w:rPr>
          <w:color w:val="AAAAAA"/>
        </w:rPr>
        <w:t>──────────────────────────────────────────────────</w:t>
      </w:r>
    </w:p>
    <w:sectPr w:rsidR="004C6F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23767" w14:textId="77777777" w:rsidR="00F900CB" w:rsidRDefault="00F900CB" w:rsidP="00EB41DC">
      <w:pPr>
        <w:spacing w:after="0" w:line="240" w:lineRule="auto"/>
      </w:pPr>
      <w:r>
        <w:separator/>
      </w:r>
    </w:p>
  </w:endnote>
  <w:endnote w:type="continuationSeparator" w:id="0">
    <w:p w14:paraId="342E4985" w14:textId="77777777" w:rsidR="00F900CB" w:rsidRDefault="00F900CB" w:rsidP="00EB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08263" w14:textId="77777777" w:rsidR="00F900CB" w:rsidRDefault="00F900CB" w:rsidP="00EB41DC">
      <w:pPr>
        <w:spacing w:after="0" w:line="240" w:lineRule="auto"/>
      </w:pPr>
      <w:r>
        <w:separator/>
      </w:r>
    </w:p>
  </w:footnote>
  <w:footnote w:type="continuationSeparator" w:id="0">
    <w:p w14:paraId="15CA41DC" w14:textId="77777777" w:rsidR="00F900CB" w:rsidRDefault="00F900CB" w:rsidP="00EB4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A948F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191879">
    <w:abstractNumId w:val="8"/>
  </w:num>
  <w:num w:numId="2" w16cid:durableId="1977561398">
    <w:abstractNumId w:val="6"/>
  </w:num>
  <w:num w:numId="3" w16cid:durableId="1598753977">
    <w:abstractNumId w:val="5"/>
  </w:num>
  <w:num w:numId="4" w16cid:durableId="2130313753">
    <w:abstractNumId w:val="4"/>
  </w:num>
  <w:num w:numId="5" w16cid:durableId="1960913846">
    <w:abstractNumId w:val="7"/>
  </w:num>
  <w:num w:numId="6" w16cid:durableId="1347710340">
    <w:abstractNumId w:val="3"/>
  </w:num>
  <w:num w:numId="7" w16cid:durableId="1231887902">
    <w:abstractNumId w:val="2"/>
  </w:num>
  <w:num w:numId="8" w16cid:durableId="1842963368">
    <w:abstractNumId w:val="1"/>
  </w:num>
  <w:num w:numId="9" w16cid:durableId="8673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035"/>
    <w:rsid w:val="000B024E"/>
    <w:rsid w:val="00113F29"/>
    <w:rsid w:val="00142D2C"/>
    <w:rsid w:val="0015074B"/>
    <w:rsid w:val="00223FFB"/>
    <w:rsid w:val="0029639D"/>
    <w:rsid w:val="00326F90"/>
    <w:rsid w:val="004C6F9D"/>
    <w:rsid w:val="005D5503"/>
    <w:rsid w:val="00762FB2"/>
    <w:rsid w:val="0084157A"/>
    <w:rsid w:val="009A3241"/>
    <w:rsid w:val="00AA1D8D"/>
    <w:rsid w:val="00B47730"/>
    <w:rsid w:val="00CB0664"/>
    <w:rsid w:val="00EB41DC"/>
    <w:rsid w:val="00F900CB"/>
    <w:rsid w:val="00FB4A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AE8126"/>
  <w14:defaultImageDpi w14:val="300"/>
  <w15:docId w15:val="{A69842B7-50CD-4667-B6D7-9DCD6147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">
    <w:name w:val="HTML Preformatted"/>
    <w:basedOn w:val="a1"/>
    <w:link w:val="HTML0"/>
    <w:uiPriority w:val="99"/>
    <w:unhideWhenUsed/>
    <w:rsid w:val="00113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cs="宋体"/>
      <w:szCs w:val="24"/>
      <w:lang w:eastAsia="zh-CN"/>
    </w:rPr>
  </w:style>
  <w:style w:type="character" w:customStyle="1" w:styleId="HTML0">
    <w:name w:val="HTML 预设格式 字符"/>
    <w:basedOn w:val="a2"/>
    <w:link w:val="HTML"/>
    <w:uiPriority w:val="99"/>
    <w:rsid w:val="00113F29"/>
    <w:rPr>
      <w:rFonts w:ascii="宋体" w:eastAsia="宋体" w:hAnsi="宋体" w:cs="宋体"/>
      <w:sz w:val="24"/>
      <w:szCs w:val="24"/>
      <w:lang w:eastAsia="zh-CN"/>
    </w:rPr>
  </w:style>
  <w:style w:type="character" w:customStyle="1" w:styleId="user-select-contain">
    <w:name w:val="user-select-contain"/>
    <w:basedOn w:val="a2"/>
    <w:rsid w:val="00113F29"/>
  </w:style>
  <w:style w:type="character" w:styleId="aff9">
    <w:name w:val="Hyperlink"/>
    <w:basedOn w:val="a2"/>
    <w:uiPriority w:val="99"/>
    <w:unhideWhenUsed/>
    <w:rsid w:val="00113F29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113F29"/>
    <w:rPr>
      <w:color w:val="605E5C"/>
      <w:shd w:val="clear" w:color="auto" w:fill="E1DFDD"/>
    </w:rPr>
  </w:style>
  <w:style w:type="character" w:styleId="HTML1">
    <w:name w:val="HTML Code"/>
    <w:basedOn w:val="a2"/>
    <w:uiPriority w:val="99"/>
    <w:semiHidden/>
    <w:unhideWhenUsed/>
    <w:rsid w:val="005D5503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17</Pages>
  <Words>5118</Words>
  <Characters>7628</Characters>
  <Application>Microsoft Office Word</Application>
  <DocSecurity>0</DocSecurity>
  <Lines>544</Lines>
  <Paragraphs>708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ll l</cp:lastModifiedBy>
  <cp:revision>5</cp:revision>
  <dcterms:created xsi:type="dcterms:W3CDTF">2013-12-23T23:15:00Z</dcterms:created>
  <dcterms:modified xsi:type="dcterms:W3CDTF">2026-08-27T13:47:00Z</dcterms:modified>
  <cp:category/>
</cp:coreProperties>
</file>